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744C1" w:rsidRDefault="00795081">
      <w:pPr>
        <w:jc w:val="right"/>
        <w:rPr>
          <w:lang w:eastAsia="ja-JP"/>
        </w:rPr>
      </w:pPr>
      <w:r>
        <w:rPr>
          <w:lang w:eastAsia="ja-JP"/>
        </w:rPr>
        <w:t>令和○年○月○日</w:t>
      </w:r>
    </w:p>
    <w:p w:rsidR="00E744C1" w:rsidRDefault="00795081">
      <w:pPr>
        <w:spacing w:after="0"/>
        <w:rPr>
          <w:lang w:eastAsia="ja-JP"/>
        </w:rPr>
      </w:pPr>
      <w:r>
        <w:rPr>
          <w:lang w:eastAsia="ja-JP"/>
        </w:rPr>
        <w:t>かすみがうら市長　あて</w:t>
      </w:r>
    </w:p>
    <w:p w:rsidR="00E744C1" w:rsidRDefault="00E744C1">
      <w:pPr>
        <w:spacing w:after="0"/>
        <w:rPr>
          <w:lang w:eastAsia="ja-JP"/>
        </w:rPr>
      </w:pPr>
    </w:p>
    <w:p w:rsidR="00E744C1" w:rsidRDefault="00795081" w:rsidP="00737394">
      <w:pPr>
        <w:spacing w:after="0"/>
        <w:ind w:firstLineChars="3200" w:firstLine="6720"/>
        <w:rPr>
          <w:lang w:eastAsia="ja-JP"/>
        </w:rPr>
      </w:pPr>
      <w:r>
        <w:rPr>
          <w:lang w:eastAsia="ja-JP"/>
        </w:rPr>
        <w:t xml:space="preserve">商号又は名称　　　　　　　　　　　　　</w:t>
      </w:r>
    </w:p>
    <w:p w:rsidR="00E744C1" w:rsidRDefault="00795081" w:rsidP="00737394">
      <w:pPr>
        <w:spacing w:after="0"/>
        <w:ind w:firstLineChars="3200" w:firstLine="6720"/>
        <w:rPr>
          <w:lang w:eastAsia="ja-JP"/>
        </w:rPr>
      </w:pPr>
      <w:r>
        <w:rPr>
          <w:lang w:eastAsia="ja-JP"/>
        </w:rPr>
        <w:t xml:space="preserve">所在地　　　　　　　　　　　　　　　　</w:t>
      </w:r>
    </w:p>
    <w:p w:rsidR="00E744C1" w:rsidRDefault="00795081" w:rsidP="00737394">
      <w:pPr>
        <w:spacing w:after="0"/>
        <w:ind w:firstLineChars="3200" w:firstLine="6720"/>
        <w:rPr>
          <w:lang w:eastAsia="ja-JP"/>
        </w:rPr>
      </w:pPr>
      <w:r>
        <w:rPr>
          <w:lang w:eastAsia="ja-JP"/>
        </w:rPr>
        <w:t>代表者職・氏名　　　　　　　　　　　印</w:t>
      </w:r>
    </w:p>
    <w:p w:rsidR="00737394" w:rsidRDefault="00737394">
      <w:pPr>
        <w:jc w:val="center"/>
        <w:rPr>
          <w:b/>
          <w:sz w:val="32"/>
          <w:lang w:eastAsia="ja-JP"/>
        </w:rPr>
      </w:pPr>
    </w:p>
    <w:p w:rsidR="00E744C1" w:rsidRDefault="00795081">
      <w:pPr>
        <w:jc w:val="center"/>
        <w:rPr>
          <w:b/>
          <w:sz w:val="32"/>
          <w:lang w:eastAsia="ja-JP"/>
        </w:rPr>
      </w:pPr>
      <w:r>
        <w:rPr>
          <w:b/>
          <w:sz w:val="32"/>
          <w:lang w:eastAsia="ja-JP"/>
        </w:rPr>
        <w:t>参加意思表明書</w:t>
      </w:r>
    </w:p>
    <w:p w:rsidR="00737394" w:rsidRDefault="00737394">
      <w:pPr>
        <w:jc w:val="center"/>
        <w:rPr>
          <w:lang w:eastAsia="ja-JP"/>
        </w:rPr>
      </w:pPr>
    </w:p>
    <w:p w:rsidR="00E744C1" w:rsidRDefault="00795081">
      <w:pPr>
        <w:ind w:firstLine="420"/>
        <w:rPr>
          <w:lang w:eastAsia="ja-JP"/>
        </w:rPr>
      </w:pPr>
      <w:r>
        <w:rPr>
          <w:lang w:eastAsia="ja-JP"/>
        </w:rPr>
        <w:t>「江口屋内浴室等整備工事（設計・施工）」に係る公募型プロポーザルについて、下記のとおり参加を申し込みます。なお、添付書類及び記載事項については、事実と相違ないことを誓約します。</w:t>
      </w:r>
    </w:p>
    <w:p w:rsidR="00E744C1" w:rsidRDefault="00795081">
      <w:pPr>
        <w:jc w:val="center"/>
        <w:rPr>
          <w:lang w:eastAsia="ja-JP"/>
        </w:rPr>
      </w:pPr>
      <w:r>
        <w:rPr>
          <w:lang w:eastAsia="ja-JP"/>
        </w:rPr>
        <w:t>記</w:t>
      </w:r>
    </w:p>
    <w:p w:rsidR="00E744C1" w:rsidRDefault="00795081">
      <w:pPr>
        <w:spacing w:before="160" w:after="60"/>
        <w:rPr>
          <w:lang w:eastAsia="ja-JP"/>
        </w:rPr>
      </w:pPr>
      <w:r>
        <w:rPr>
          <w:b/>
          <w:lang w:eastAsia="ja-JP"/>
        </w:rPr>
        <w:t>１　件名</w:t>
      </w:r>
    </w:p>
    <w:p w:rsidR="00E744C1" w:rsidRDefault="00795081" w:rsidP="00737394">
      <w:pPr>
        <w:ind w:firstLineChars="100" w:firstLine="210"/>
        <w:rPr>
          <w:lang w:eastAsia="ja-JP"/>
        </w:rPr>
      </w:pPr>
      <w:r>
        <w:rPr>
          <w:lang w:eastAsia="ja-JP"/>
        </w:rPr>
        <w:t>江口屋内浴室等整備工事（設計・施工）に係る公募型プロポーザル</w:t>
      </w:r>
    </w:p>
    <w:p w:rsidR="00E744C1" w:rsidRDefault="00795081">
      <w:pPr>
        <w:spacing w:before="160" w:after="60"/>
        <w:rPr>
          <w:lang w:eastAsia="ja-JP"/>
        </w:rPr>
      </w:pPr>
      <w:r>
        <w:rPr>
          <w:b/>
          <w:lang w:eastAsia="ja-JP"/>
        </w:rPr>
        <w:t>２　添付書類</w:t>
      </w:r>
    </w:p>
    <w:p w:rsidR="00795081" w:rsidRDefault="00795081" w:rsidP="00795081">
      <w:pPr>
        <w:spacing w:before="160" w:after="60"/>
        <w:rPr>
          <w:lang w:eastAsia="ja-JP"/>
        </w:rPr>
      </w:pPr>
      <w:r>
        <w:rPr>
          <w:rFonts w:hint="eastAsia"/>
          <w:lang w:eastAsia="ja-JP"/>
        </w:rPr>
        <w:t>（</w:t>
      </w:r>
      <w:r>
        <w:rPr>
          <w:lang w:eastAsia="ja-JP"/>
        </w:rPr>
        <w:t>1）暴力団排除に係る誓約書（様式</w:t>
      </w:r>
      <w:r w:rsidR="00A84AEC">
        <w:rPr>
          <w:rFonts w:hint="eastAsia"/>
          <w:lang w:eastAsia="ja-JP"/>
        </w:rPr>
        <w:t>２号</w:t>
      </w:r>
      <w:r>
        <w:rPr>
          <w:lang w:eastAsia="ja-JP"/>
        </w:rPr>
        <w:t>）</w:t>
      </w:r>
    </w:p>
    <w:p w:rsidR="00795081" w:rsidRDefault="00795081" w:rsidP="00795081">
      <w:pPr>
        <w:spacing w:before="160" w:after="60"/>
        <w:ind w:left="630" w:hangingChars="300" w:hanging="630"/>
        <w:rPr>
          <w:lang w:eastAsia="ja-JP"/>
        </w:rPr>
      </w:pPr>
      <w:r>
        <w:rPr>
          <w:rFonts w:hint="eastAsia"/>
          <w:lang w:eastAsia="ja-JP"/>
        </w:rPr>
        <w:t>（</w:t>
      </w:r>
      <w:r>
        <w:rPr>
          <w:lang w:eastAsia="ja-JP"/>
        </w:rPr>
        <w:t>2）</w:t>
      </w:r>
      <w:r w:rsidR="00A84AEC" w:rsidRPr="00A84AEC">
        <w:rPr>
          <w:rFonts w:hint="eastAsia"/>
          <w:lang w:eastAsia="ja-JP"/>
        </w:rPr>
        <w:t>実施要領に定める参加資格要件を満たすことを証する書類</w:t>
      </w:r>
      <w:r w:rsidR="00A84AEC">
        <w:rPr>
          <w:lang w:eastAsia="ja-JP"/>
        </w:rPr>
        <w:br/>
      </w:r>
      <w:r>
        <w:rPr>
          <w:rFonts w:hint="eastAsia"/>
          <w:lang w:eastAsia="ja-JP"/>
        </w:rPr>
        <w:t>※参加資格要件ごとに、</w:t>
      </w:r>
      <w:r w:rsidR="00A84AEC" w:rsidRPr="00A84AEC">
        <w:rPr>
          <w:rFonts w:hint="eastAsia"/>
          <w:lang w:eastAsia="ja-JP"/>
        </w:rPr>
        <w:t>実施要領に定める書類</w:t>
      </w:r>
      <w:r>
        <w:rPr>
          <w:rFonts w:hint="eastAsia"/>
          <w:lang w:eastAsia="ja-JP"/>
        </w:rPr>
        <w:t>を添付すること。</w:t>
      </w:r>
    </w:p>
    <w:p w:rsidR="00795081" w:rsidRDefault="00795081" w:rsidP="00795081">
      <w:pPr>
        <w:spacing w:before="160" w:after="60"/>
        <w:ind w:left="525" w:hangingChars="250" w:hanging="525"/>
        <w:rPr>
          <w:lang w:eastAsia="ja-JP"/>
        </w:rPr>
      </w:pPr>
      <w:r>
        <w:rPr>
          <w:rFonts w:hint="eastAsia"/>
          <w:lang w:eastAsia="ja-JP"/>
        </w:rPr>
        <w:t>（</w:t>
      </w:r>
      <w:r>
        <w:rPr>
          <w:lang w:eastAsia="ja-JP"/>
        </w:rPr>
        <w:t>3）浴室、シャワー室、宿泊施設その他これらに類する施設の設計業務又は改修工事に係る実績を証する書類</w:t>
      </w:r>
      <w:r>
        <w:rPr>
          <w:lang w:eastAsia="ja-JP"/>
        </w:rPr>
        <w:br/>
      </w:r>
      <w:r>
        <w:rPr>
          <w:rFonts w:hint="eastAsia"/>
          <w:lang w:eastAsia="ja-JP"/>
        </w:rPr>
        <w:t>※契約書、仕様書、業務実績報告書その他実績の内容及び履行を確認できる資料の写し等。</w:t>
      </w:r>
    </w:p>
    <w:p w:rsidR="00795081" w:rsidRDefault="00795081" w:rsidP="00795081">
      <w:pPr>
        <w:spacing w:before="160" w:after="60"/>
        <w:ind w:left="525" w:hangingChars="250" w:hanging="525"/>
        <w:rPr>
          <w:lang w:eastAsia="ja-JP"/>
        </w:rPr>
      </w:pPr>
      <w:r>
        <w:rPr>
          <w:rFonts w:hint="eastAsia"/>
          <w:lang w:eastAsia="ja-JP"/>
        </w:rPr>
        <w:t>（</w:t>
      </w:r>
      <w:r>
        <w:rPr>
          <w:lang w:eastAsia="ja-JP"/>
        </w:rPr>
        <w:t>4）建築物の改修工事その他本業務と同種又は類似する工事の施工実績を証する書類</w:t>
      </w:r>
      <w:r>
        <w:rPr>
          <w:lang w:eastAsia="ja-JP"/>
        </w:rPr>
        <w:br/>
      </w:r>
      <w:r>
        <w:rPr>
          <w:rFonts w:hint="eastAsia"/>
          <w:lang w:eastAsia="ja-JP"/>
        </w:rPr>
        <w:t>※契約書、施工実績資料、工事完成書類等の写し等。</w:t>
      </w:r>
    </w:p>
    <w:p w:rsidR="00795081" w:rsidRDefault="00795081" w:rsidP="00795081">
      <w:pPr>
        <w:spacing w:before="160" w:after="60"/>
        <w:ind w:left="525" w:hangingChars="250" w:hanging="525"/>
        <w:rPr>
          <w:lang w:eastAsia="ja-JP"/>
        </w:rPr>
      </w:pPr>
      <w:r>
        <w:rPr>
          <w:rFonts w:hint="eastAsia"/>
          <w:lang w:eastAsia="ja-JP"/>
        </w:rPr>
        <w:t>（</w:t>
      </w:r>
      <w:r>
        <w:rPr>
          <w:lang w:eastAsia="ja-JP"/>
        </w:rPr>
        <w:t>5）</w:t>
      </w:r>
      <w:r w:rsidR="005F779C" w:rsidRPr="005F779C">
        <w:rPr>
          <w:rFonts w:hint="eastAsia"/>
          <w:lang w:eastAsia="ja-JP"/>
        </w:rPr>
        <w:t>業務実施体制調書</w:t>
      </w:r>
      <w:r>
        <w:rPr>
          <w:lang w:eastAsia="ja-JP"/>
        </w:rPr>
        <w:t>（様式</w:t>
      </w:r>
      <w:r w:rsidR="00A84AEC">
        <w:rPr>
          <w:rFonts w:hint="eastAsia"/>
          <w:lang w:eastAsia="ja-JP"/>
        </w:rPr>
        <w:t>５号</w:t>
      </w:r>
      <w:r>
        <w:rPr>
          <w:lang w:eastAsia="ja-JP"/>
        </w:rPr>
        <w:t>）</w:t>
      </w:r>
      <w:r>
        <w:rPr>
          <w:lang w:eastAsia="ja-JP"/>
        </w:rPr>
        <w:br/>
      </w:r>
      <w:r>
        <w:rPr>
          <w:rFonts w:hint="eastAsia"/>
          <w:lang w:eastAsia="ja-JP"/>
        </w:rPr>
        <w:t>※統括責任者、設計担当技術者及び施工担当技術者を記載すること。</w:t>
      </w:r>
    </w:p>
    <w:p w:rsidR="00795081" w:rsidRDefault="00795081" w:rsidP="00795081">
      <w:pPr>
        <w:spacing w:before="160" w:after="60"/>
        <w:ind w:left="525" w:hangingChars="250" w:hanging="525"/>
        <w:rPr>
          <w:lang w:eastAsia="ja-JP"/>
        </w:rPr>
      </w:pPr>
      <w:r>
        <w:rPr>
          <w:rFonts w:hint="eastAsia"/>
          <w:lang w:eastAsia="ja-JP"/>
        </w:rPr>
        <w:t>（</w:t>
      </w:r>
      <w:r>
        <w:rPr>
          <w:lang w:eastAsia="ja-JP"/>
        </w:rPr>
        <w:t>6）配置予定技術者の資格を証する書類</w:t>
      </w:r>
      <w:r>
        <w:rPr>
          <w:lang w:eastAsia="ja-JP"/>
        </w:rPr>
        <w:br/>
      </w:r>
      <w:r w:rsidR="00A84AEC" w:rsidRPr="00A84AEC">
        <w:rPr>
          <w:rFonts w:hint="eastAsia"/>
          <w:lang w:eastAsia="ja-JP"/>
        </w:rPr>
        <w:t>※実施要領において資格要件を定める場合は、資格証等の写しを添付すること。</w:t>
      </w:r>
    </w:p>
    <w:p w:rsidR="00795081" w:rsidRDefault="00795081" w:rsidP="00795081">
      <w:pPr>
        <w:spacing w:before="160" w:after="60"/>
        <w:ind w:left="525" w:hangingChars="250" w:hanging="525"/>
        <w:rPr>
          <w:lang w:eastAsia="ja-JP"/>
        </w:rPr>
      </w:pPr>
      <w:r>
        <w:rPr>
          <w:rFonts w:hint="eastAsia"/>
          <w:lang w:eastAsia="ja-JP"/>
        </w:rPr>
        <w:t>（</w:t>
      </w:r>
      <w:r>
        <w:rPr>
          <w:lang w:eastAsia="ja-JP"/>
        </w:rPr>
        <w:t>7）配置予定技術者の業務経歴書</w:t>
      </w:r>
      <w:r>
        <w:rPr>
          <w:lang w:eastAsia="ja-JP"/>
        </w:rPr>
        <w:br/>
      </w:r>
      <w:r>
        <w:rPr>
          <w:rFonts w:hint="eastAsia"/>
          <w:lang w:eastAsia="ja-JP"/>
        </w:rPr>
        <w:t>※統括責任者、設計担当技術者及び施工担当技術者について、略歴及び本業務に関連する業務実績等を記載すること。任意様式、Ａ４判各１枚程度とする。</w:t>
      </w:r>
    </w:p>
    <w:p w:rsidR="00A84AEC" w:rsidRDefault="00795081" w:rsidP="00795081">
      <w:pPr>
        <w:spacing w:before="160" w:after="60"/>
        <w:rPr>
          <w:lang w:eastAsia="ja-JP"/>
        </w:rPr>
      </w:pPr>
      <w:r>
        <w:rPr>
          <w:rFonts w:hint="eastAsia"/>
          <w:lang w:eastAsia="ja-JP"/>
        </w:rPr>
        <w:t>（</w:t>
      </w:r>
      <w:r>
        <w:rPr>
          <w:lang w:eastAsia="ja-JP"/>
        </w:rPr>
        <w:t>8）その他、</w:t>
      </w:r>
      <w:r w:rsidR="00A84AEC" w:rsidRPr="00A84AEC">
        <w:rPr>
          <w:rFonts w:hint="eastAsia"/>
          <w:lang w:eastAsia="ja-JP"/>
        </w:rPr>
        <w:t>実施要領において提出を求める書類</w:t>
      </w:r>
    </w:p>
    <w:p w:rsidR="00E744C1" w:rsidRDefault="00A84AEC" w:rsidP="00795081">
      <w:pPr>
        <w:spacing w:before="160" w:after="60"/>
        <w:rPr>
          <w:rFonts w:hint="eastAsia"/>
          <w:lang w:eastAsia="ja-JP"/>
        </w:rPr>
      </w:pPr>
      <w:r>
        <w:rPr>
          <w:b/>
          <w:lang w:eastAsia="ja-JP"/>
        </w:rPr>
        <w:t>３　現地</w:t>
      </w:r>
      <w:r>
        <w:rPr>
          <w:rFonts w:hint="eastAsia"/>
          <w:b/>
          <w:lang w:eastAsia="ja-JP"/>
        </w:rPr>
        <w:t>説明</w:t>
      </w:r>
    </w:p>
    <w:p w:rsidR="00E744C1" w:rsidRDefault="00A84AEC">
      <w:pPr>
        <w:rPr>
          <w:lang w:eastAsia="ja-JP"/>
        </w:rPr>
      </w:pPr>
      <w:r>
        <w:rPr>
          <w:lang w:eastAsia="ja-JP"/>
        </w:rPr>
        <w:t>現地</w:t>
      </w:r>
      <w:r>
        <w:rPr>
          <w:rFonts w:hint="eastAsia"/>
          <w:lang w:eastAsia="ja-JP"/>
        </w:rPr>
        <w:t>説明</w:t>
      </w:r>
      <w:r w:rsidR="00795081">
        <w:rPr>
          <w:lang w:eastAsia="ja-JP"/>
        </w:rPr>
        <w:t>の希望の有無について、該当するものに</w:t>
      </w:r>
      <w:r w:rsidR="00737394">
        <w:rPr>
          <w:rFonts w:hint="eastAsia"/>
          <w:lang w:eastAsia="ja-JP"/>
        </w:rPr>
        <w:t>☑</w:t>
      </w:r>
      <w:r w:rsidR="00795081">
        <w:rPr>
          <w:lang w:eastAsia="ja-JP"/>
        </w:rPr>
        <w:t>を付してください。</w:t>
      </w:r>
    </w:p>
    <w:p w:rsidR="00E744C1" w:rsidRDefault="00795081">
      <w:pPr>
        <w:ind w:left="280"/>
        <w:rPr>
          <w:lang w:eastAsia="ja-JP"/>
        </w:rPr>
      </w:pPr>
      <w:r>
        <w:rPr>
          <w:lang w:eastAsia="ja-JP"/>
        </w:rPr>
        <w:t>□</w:t>
      </w:r>
      <w:r w:rsidR="00A84AEC">
        <w:rPr>
          <w:lang w:eastAsia="ja-JP"/>
        </w:rPr>
        <w:t xml:space="preserve">　現地</w:t>
      </w:r>
      <w:r w:rsidR="00A84AEC">
        <w:rPr>
          <w:rFonts w:hint="eastAsia"/>
          <w:lang w:eastAsia="ja-JP"/>
        </w:rPr>
        <w:t>説明</w:t>
      </w:r>
      <w:r>
        <w:rPr>
          <w:lang w:eastAsia="ja-JP"/>
        </w:rPr>
        <w:t>を希望する</w:t>
      </w:r>
    </w:p>
    <w:p w:rsidR="00E744C1" w:rsidRDefault="00795081">
      <w:pPr>
        <w:ind w:left="280"/>
        <w:rPr>
          <w:lang w:eastAsia="ja-JP"/>
        </w:rPr>
      </w:pPr>
      <w:r>
        <w:rPr>
          <w:lang w:eastAsia="ja-JP"/>
        </w:rPr>
        <w:t>□</w:t>
      </w:r>
      <w:r w:rsidR="00A84AEC">
        <w:rPr>
          <w:lang w:eastAsia="ja-JP"/>
        </w:rPr>
        <w:t xml:space="preserve">　現地</w:t>
      </w:r>
      <w:r w:rsidR="00A84AEC">
        <w:rPr>
          <w:rFonts w:hint="eastAsia"/>
          <w:lang w:eastAsia="ja-JP"/>
        </w:rPr>
        <w:t>説明</w:t>
      </w:r>
      <w:r>
        <w:rPr>
          <w:lang w:eastAsia="ja-JP"/>
        </w:rPr>
        <w:t>を希望しない</w:t>
      </w:r>
    </w:p>
    <w:p w:rsidR="00795081" w:rsidRDefault="00795081" w:rsidP="00795081">
      <w:pPr>
        <w:spacing w:before="160" w:after="60"/>
        <w:rPr>
          <w:lang w:eastAsia="ja-JP"/>
        </w:rPr>
      </w:pPr>
      <w:r>
        <w:rPr>
          <w:rFonts w:hint="eastAsia"/>
          <w:lang w:eastAsia="ja-JP"/>
        </w:rPr>
        <w:lastRenderedPageBreak/>
        <w:t>※現地</w:t>
      </w:r>
      <w:r w:rsidR="00A84AEC">
        <w:rPr>
          <w:rFonts w:hint="eastAsia"/>
          <w:lang w:eastAsia="ja-JP"/>
        </w:rPr>
        <w:t>説明</w:t>
      </w:r>
      <w:r>
        <w:rPr>
          <w:rFonts w:hint="eastAsia"/>
          <w:lang w:eastAsia="ja-JP"/>
        </w:rPr>
        <w:t>の実施日時及び方法については、参加意思表明書の提出後、事務局において調整の上、個別に連絡します。</w:t>
      </w:r>
      <w:r w:rsidR="00A84AEC" w:rsidRPr="00A84AEC">
        <w:rPr>
          <w:rFonts w:hint="eastAsia"/>
          <w:lang w:eastAsia="ja-JP"/>
        </w:rPr>
        <w:t>※１参加事業者につき、現地説明の参加人数及び時間については、別途発注者が定めるものとします。</w:t>
      </w:r>
      <w:r w:rsidR="00A84AEC">
        <w:rPr>
          <w:lang w:eastAsia="ja-JP"/>
        </w:rPr>
        <w:br/>
      </w:r>
      <w:r>
        <w:rPr>
          <w:rFonts w:hint="eastAsia"/>
          <w:lang w:eastAsia="ja-JP"/>
        </w:rPr>
        <w:t>※参加者の安全確保等のため、現地</w:t>
      </w:r>
      <w:r w:rsidR="00A84AEC">
        <w:rPr>
          <w:rFonts w:hint="eastAsia"/>
          <w:lang w:eastAsia="ja-JP"/>
        </w:rPr>
        <w:t>説明</w:t>
      </w:r>
      <w:r>
        <w:rPr>
          <w:rFonts w:hint="eastAsia"/>
          <w:lang w:eastAsia="ja-JP"/>
        </w:rPr>
        <w:t>に際しては発注者の指示に従うものとします。</w:t>
      </w:r>
      <w:r>
        <w:rPr>
          <w:lang w:eastAsia="ja-JP"/>
        </w:rPr>
        <w:br/>
      </w:r>
      <w:r>
        <w:rPr>
          <w:rFonts w:hint="eastAsia"/>
          <w:lang w:eastAsia="ja-JP"/>
        </w:rPr>
        <w:t>※現地</w:t>
      </w:r>
      <w:r w:rsidR="00A84AEC">
        <w:rPr>
          <w:rFonts w:hint="eastAsia"/>
          <w:lang w:eastAsia="ja-JP"/>
        </w:rPr>
        <w:t>説明</w:t>
      </w:r>
      <w:r>
        <w:rPr>
          <w:rFonts w:hint="eastAsia"/>
          <w:lang w:eastAsia="ja-JP"/>
        </w:rPr>
        <w:t>中に発生した参加者の事故等については、参加者の責任において対応するものとし、発注者はその責を負わないものとします。</w:t>
      </w:r>
      <w:r>
        <w:rPr>
          <w:lang w:eastAsia="ja-JP"/>
        </w:rPr>
        <w:br/>
      </w:r>
      <w:r w:rsidR="00A84AEC">
        <w:rPr>
          <w:rFonts w:hint="eastAsia"/>
          <w:lang w:eastAsia="ja-JP"/>
        </w:rPr>
        <w:t>※現地説明</w:t>
      </w:r>
      <w:r>
        <w:rPr>
          <w:rFonts w:hint="eastAsia"/>
          <w:lang w:eastAsia="ja-JP"/>
        </w:rPr>
        <w:t>における写真及び動画の撮影については、発注者の指示に従うものとします。撮影した写真及び動画は、本プロポーザルへの参加及び提案書の作成に必要な範囲で使用するものとし、それ以外の目的に使用してはならないものとします。</w:t>
      </w:r>
      <w:r>
        <w:rPr>
          <w:lang w:eastAsia="ja-JP"/>
        </w:rPr>
        <w:br/>
      </w:r>
      <w:r w:rsidR="00A84AEC">
        <w:rPr>
          <w:rFonts w:hint="eastAsia"/>
          <w:lang w:eastAsia="ja-JP"/>
        </w:rPr>
        <w:t>※現地説明</w:t>
      </w:r>
      <w:r>
        <w:rPr>
          <w:rFonts w:hint="eastAsia"/>
          <w:lang w:eastAsia="ja-JP"/>
        </w:rPr>
        <w:t>において、既存図面その他の資料を閲覧又は配布する場合があります。</w:t>
      </w:r>
      <w:r>
        <w:rPr>
          <w:lang w:eastAsia="ja-JP"/>
        </w:rPr>
        <w:br/>
      </w:r>
      <w:r w:rsidR="00A84AEC">
        <w:rPr>
          <w:rFonts w:hint="eastAsia"/>
          <w:lang w:eastAsia="ja-JP"/>
        </w:rPr>
        <w:t>※現地説明</w:t>
      </w:r>
      <w:r>
        <w:rPr>
          <w:rFonts w:hint="eastAsia"/>
          <w:lang w:eastAsia="ja-JP"/>
        </w:rPr>
        <w:t>において行われた質問及び回答は、正式な質問回答とはみなさないものとし、質問事項については、募集要領に定める方法により提出するものとします。</w:t>
      </w:r>
      <w:r>
        <w:rPr>
          <w:lang w:eastAsia="ja-JP"/>
        </w:rPr>
        <w:br/>
      </w:r>
      <w:r w:rsidR="00A84AEC">
        <w:rPr>
          <w:rFonts w:hint="eastAsia"/>
          <w:lang w:eastAsia="ja-JP"/>
        </w:rPr>
        <w:t>※現地説明</w:t>
      </w:r>
      <w:r>
        <w:rPr>
          <w:rFonts w:hint="eastAsia"/>
          <w:lang w:eastAsia="ja-JP"/>
        </w:rPr>
        <w:t>において資料を配布する場合は、参加予定者に対して同一の方法で提供するものとします。</w:t>
      </w:r>
      <w:r>
        <w:rPr>
          <w:lang w:eastAsia="ja-JP"/>
        </w:rPr>
        <w:br/>
      </w:r>
      <w:r w:rsidR="00A84AEC">
        <w:rPr>
          <w:rFonts w:hint="eastAsia"/>
          <w:lang w:eastAsia="ja-JP"/>
        </w:rPr>
        <w:t>※現地説明</w:t>
      </w:r>
      <w:bookmarkStart w:id="0" w:name="_GoBack"/>
      <w:bookmarkEnd w:id="0"/>
      <w:r>
        <w:rPr>
          <w:rFonts w:hint="eastAsia"/>
          <w:lang w:eastAsia="ja-JP"/>
        </w:rPr>
        <w:t>に参加しない場合であっても、発注者が配布する資料については、募集要領等に定める方法により入手することができるものとします。</w:t>
      </w:r>
    </w:p>
    <w:p w:rsidR="00E744C1" w:rsidRDefault="00795081" w:rsidP="00795081">
      <w:pPr>
        <w:spacing w:before="160" w:after="60"/>
        <w:rPr>
          <w:lang w:eastAsia="ja-JP"/>
        </w:rPr>
      </w:pPr>
      <w:r>
        <w:rPr>
          <w:b/>
          <w:lang w:eastAsia="ja-JP"/>
        </w:rPr>
        <w:t>４　担当者の連絡先</w:t>
      </w:r>
    </w:p>
    <w:p w:rsidR="00E744C1" w:rsidRDefault="00795081">
      <w:pPr>
        <w:rPr>
          <w:lang w:eastAsia="ja-JP"/>
        </w:rPr>
      </w:pPr>
      <w:r>
        <w:rPr>
          <w:lang w:eastAsia="ja-JP"/>
        </w:rPr>
        <w:t>（１）担当部署：</w:t>
      </w:r>
    </w:p>
    <w:p w:rsidR="00E744C1" w:rsidRDefault="00795081">
      <w:r>
        <w:t>（２）担当者　：</w:t>
      </w:r>
    </w:p>
    <w:p w:rsidR="00E744C1" w:rsidRDefault="00795081">
      <w:r>
        <w:t>（３）電話番号：</w:t>
      </w:r>
    </w:p>
    <w:p w:rsidR="00E744C1" w:rsidRDefault="00795081">
      <w:r>
        <w:t>（４）Ｅメール：</w:t>
      </w:r>
    </w:p>
    <w:p w:rsidR="00E744C1" w:rsidRDefault="00795081">
      <w:pPr>
        <w:jc w:val="right"/>
      </w:pPr>
      <w:r>
        <w:t>以上</w:t>
      </w:r>
    </w:p>
    <w:sectPr w:rsidR="00E744C1" w:rsidSect="00034616">
      <w:pgSz w:w="12240" w:h="15840"/>
      <w:pgMar w:top="560" w:right="640" w:bottom="560" w:left="6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37394" w:rsidRDefault="00737394" w:rsidP="00737394">
      <w:pPr>
        <w:spacing w:after="0" w:line="240" w:lineRule="auto"/>
      </w:pPr>
      <w:r>
        <w:separator/>
      </w:r>
    </w:p>
  </w:endnote>
  <w:endnote w:type="continuationSeparator" w:id="0">
    <w:p w:rsidR="00737394" w:rsidRDefault="00737394" w:rsidP="0073739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ＭＳ 明朝">
    <w:altName w:val="MS Mincho"/>
    <w:panose1 w:val="02020609040205080304"/>
    <w:charset w:val="80"/>
    <w:family w:val="roman"/>
    <w:pitch w:val="fixed"/>
    <w:sig w:usb0="E00002FF" w:usb1="6AC7FDFB" w:usb2="08000012" w:usb3="00000000" w:csb0="0002009F" w:csb1="00000000"/>
  </w:font>
  <w:font w:name="Calibri">
    <w:panose1 w:val="020F0502020204030204"/>
    <w:charset w:val="00"/>
    <w:family w:val="swiss"/>
    <w:pitch w:val="variable"/>
    <w:sig w:usb0="E0002EFF" w:usb1="C000247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Courier">
    <w:panose1 w:val="02070409020205020404"/>
    <w:charset w:val="00"/>
    <w:family w:val="modern"/>
    <w:notTrueType/>
    <w:pitch w:val="fixed"/>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37394" w:rsidRDefault="00737394" w:rsidP="00737394">
      <w:pPr>
        <w:spacing w:after="0" w:line="240" w:lineRule="auto"/>
      </w:pPr>
      <w:r>
        <w:separator/>
      </w:r>
    </w:p>
  </w:footnote>
  <w:footnote w:type="continuationSeparator" w:id="0">
    <w:p w:rsidR="00737394" w:rsidRDefault="00737394" w:rsidP="00737394">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30"/>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20"/>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a"/>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a0"/>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bordersDoNotSurroundHeader/>
  <w:bordersDoNotSurroundFooter/>
  <w:defaultTabStop w:val="720"/>
  <w:characterSpacingControl w:val="doNotCompress"/>
  <w:hdrShapeDefaults>
    <o:shapedefaults v:ext="edit" spidmax="6145">
      <v:textbox inset="5.85pt,.7pt,5.85pt,.7pt"/>
    </o:shapedefaults>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5F779C"/>
    <w:rsid w:val="00737394"/>
    <w:rsid w:val="00795081"/>
    <w:rsid w:val="00A84AEC"/>
    <w:rsid w:val="00AA1D8D"/>
    <w:rsid w:val="00B47730"/>
    <w:rsid w:val="00CB0664"/>
    <w:rsid w:val="00E744C1"/>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5">
      <v:textbox inset="5.85pt,.7pt,5.85pt,.7pt"/>
    </o:shapedefaults>
    <o:shapelayout v:ext="edit">
      <o:idmap v:ext="edit" data="1"/>
    </o:shapelayout>
  </w:shapeDefaults>
  <w:decimalSymbol w:val="."/>
  <w:listSeparator w:val=","/>
  <w14:defaultImageDpi w14:val="300"/>
  <w15:docId w15:val="{F2C16D65-6321-410E-9EA3-9DC97307F5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1">
    <w:name w:val="Normal"/>
    <w:qFormat/>
    <w:rsid w:val="00FC693F"/>
    <w:rPr>
      <w:rFonts w:ascii="ＭＳ 明朝" w:eastAsia="ＭＳ 明朝" w:hAnsi="ＭＳ 明朝"/>
      <w:sz w:val="21"/>
    </w:rPr>
  </w:style>
  <w:style w:type="paragraph" w:styleId="1">
    <w:name w:val="heading 1"/>
    <w:basedOn w:val="a1"/>
    <w:next w:val="a1"/>
    <w:link w:val="10"/>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1">
    <w:name w:val="heading 2"/>
    <w:basedOn w:val="a1"/>
    <w:next w:val="a1"/>
    <w:link w:val="22"/>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1">
    <w:name w:val="heading 3"/>
    <w:basedOn w:val="a1"/>
    <w:next w:val="a1"/>
    <w:link w:val="32"/>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1"/>
    <w:next w:val="a1"/>
    <w:link w:val="40"/>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1"/>
    <w:next w:val="a1"/>
    <w:link w:val="50"/>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6">
    <w:name w:val="heading 6"/>
    <w:basedOn w:val="a1"/>
    <w:next w:val="a1"/>
    <w:link w:val="60"/>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7">
    <w:name w:val="heading 7"/>
    <w:basedOn w:val="a1"/>
    <w:next w:val="a1"/>
    <w:link w:val="70"/>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8">
    <w:name w:val="heading 8"/>
    <w:basedOn w:val="a1"/>
    <w:next w:val="a1"/>
    <w:link w:val="80"/>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9">
    <w:name w:val="heading 9"/>
    <w:basedOn w:val="a1"/>
    <w:next w:val="a1"/>
    <w:link w:val="90"/>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styleId="a5">
    <w:name w:val="header"/>
    <w:basedOn w:val="a1"/>
    <w:link w:val="a6"/>
    <w:uiPriority w:val="99"/>
    <w:unhideWhenUsed/>
    <w:rsid w:val="00E618BF"/>
    <w:pPr>
      <w:tabs>
        <w:tab w:val="center" w:pos="4680"/>
        <w:tab w:val="right" w:pos="9360"/>
      </w:tabs>
      <w:spacing w:after="0" w:line="240" w:lineRule="auto"/>
    </w:pPr>
  </w:style>
  <w:style w:type="character" w:customStyle="1" w:styleId="a6">
    <w:name w:val="ヘッダー (文字)"/>
    <w:basedOn w:val="a2"/>
    <w:link w:val="a5"/>
    <w:uiPriority w:val="99"/>
    <w:rsid w:val="00E618BF"/>
  </w:style>
  <w:style w:type="paragraph" w:styleId="a7">
    <w:name w:val="footer"/>
    <w:basedOn w:val="a1"/>
    <w:link w:val="a8"/>
    <w:uiPriority w:val="99"/>
    <w:unhideWhenUsed/>
    <w:rsid w:val="00E618BF"/>
    <w:pPr>
      <w:tabs>
        <w:tab w:val="center" w:pos="4680"/>
        <w:tab w:val="right" w:pos="9360"/>
      </w:tabs>
      <w:spacing w:after="0" w:line="240" w:lineRule="auto"/>
    </w:pPr>
  </w:style>
  <w:style w:type="character" w:customStyle="1" w:styleId="a8">
    <w:name w:val="フッター (文字)"/>
    <w:basedOn w:val="a2"/>
    <w:link w:val="a7"/>
    <w:uiPriority w:val="99"/>
    <w:rsid w:val="00E618BF"/>
  </w:style>
  <w:style w:type="paragraph" w:styleId="a9">
    <w:name w:val="No Spacing"/>
    <w:uiPriority w:val="1"/>
    <w:qFormat/>
    <w:rsid w:val="00FC693F"/>
    <w:pPr>
      <w:spacing w:after="0" w:line="240" w:lineRule="auto"/>
    </w:pPr>
  </w:style>
  <w:style w:type="character" w:customStyle="1" w:styleId="10">
    <w:name w:val="見出し 1 (文字)"/>
    <w:basedOn w:val="a2"/>
    <w:link w:val="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22">
    <w:name w:val="見出し 2 (文字)"/>
    <w:basedOn w:val="a2"/>
    <w:link w:val="21"/>
    <w:uiPriority w:val="9"/>
    <w:rsid w:val="00FC693F"/>
    <w:rPr>
      <w:rFonts w:asciiTheme="majorHAnsi" w:eastAsiaTheme="majorEastAsia" w:hAnsiTheme="majorHAnsi" w:cstheme="majorBidi"/>
      <w:b/>
      <w:bCs/>
      <w:color w:val="4F81BD" w:themeColor="accent1"/>
      <w:sz w:val="26"/>
      <w:szCs w:val="26"/>
    </w:rPr>
  </w:style>
  <w:style w:type="character" w:customStyle="1" w:styleId="32">
    <w:name w:val="見出し 3 (文字)"/>
    <w:basedOn w:val="a2"/>
    <w:link w:val="31"/>
    <w:uiPriority w:val="9"/>
    <w:rsid w:val="00FC693F"/>
    <w:rPr>
      <w:rFonts w:asciiTheme="majorHAnsi" w:eastAsiaTheme="majorEastAsia" w:hAnsiTheme="majorHAnsi" w:cstheme="majorBidi"/>
      <w:b/>
      <w:bCs/>
      <w:color w:val="4F81BD" w:themeColor="accent1"/>
    </w:rPr>
  </w:style>
  <w:style w:type="paragraph" w:styleId="aa">
    <w:name w:val="Title"/>
    <w:basedOn w:val="a1"/>
    <w:next w:val="a1"/>
    <w:link w:val="ab"/>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ab">
    <w:name w:val="表題 (文字)"/>
    <w:basedOn w:val="a2"/>
    <w:link w:val="aa"/>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ac">
    <w:name w:val="Subtitle"/>
    <w:basedOn w:val="a1"/>
    <w:next w:val="a1"/>
    <w:link w:val="ad"/>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ad">
    <w:name w:val="副題 (文字)"/>
    <w:basedOn w:val="a2"/>
    <w:link w:val="ac"/>
    <w:uiPriority w:val="11"/>
    <w:rsid w:val="00FC693F"/>
    <w:rPr>
      <w:rFonts w:asciiTheme="majorHAnsi" w:eastAsiaTheme="majorEastAsia" w:hAnsiTheme="majorHAnsi" w:cstheme="majorBidi"/>
      <w:i/>
      <w:iCs/>
      <w:color w:val="4F81BD" w:themeColor="accent1"/>
      <w:spacing w:val="15"/>
      <w:sz w:val="24"/>
      <w:szCs w:val="24"/>
    </w:rPr>
  </w:style>
  <w:style w:type="paragraph" w:styleId="ae">
    <w:name w:val="List Paragraph"/>
    <w:basedOn w:val="a1"/>
    <w:uiPriority w:val="34"/>
    <w:qFormat/>
    <w:rsid w:val="00FC693F"/>
    <w:pPr>
      <w:ind w:left="720"/>
      <w:contextualSpacing/>
    </w:pPr>
  </w:style>
  <w:style w:type="paragraph" w:styleId="af">
    <w:name w:val="Body Text"/>
    <w:basedOn w:val="a1"/>
    <w:link w:val="af0"/>
    <w:uiPriority w:val="99"/>
    <w:unhideWhenUsed/>
    <w:rsid w:val="00AA1D8D"/>
    <w:pPr>
      <w:spacing w:after="120"/>
    </w:pPr>
  </w:style>
  <w:style w:type="character" w:customStyle="1" w:styleId="af0">
    <w:name w:val="本文 (文字)"/>
    <w:basedOn w:val="a2"/>
    <w:link w:val="af"/>
    <w:uiPriority w:val="99"/>
    <w:rsid w:val="00AA1D8D"/>
  </w:style>
  <w:style w:type="paragraph" w:styleId="23">
    <w:name w:val="Body Text 2"/>
    <w:basedOn w:val="a1"/>
    <w:link w:val="24"/>
    <w:uiPriority w:val="99"/>
    <w:unhideWhenUsed/>
    <w:rsid w:val="00AA1D8D"/>
    <w:pPr>
      <w:spacing w:after="120" w:line="480" w:lineRule="auto"/>
    </w:pPr>
  </w:style>
  <w:style w:type="character" w:customStyle="1" w:styleId="24">
    <w:name w:val="本文 2 (文字)"/>
    <w:basedOn w:val="a2"/>
    <w:link w:val="23"/>
    <w:uiPriority w:val="99"/>
    <w:rsid w:val="00AA1D8D"/>
  </w:style>
  <w:style w:type="paragraph" w:styleId="33">
    <w:name w:val="Body Text 3"/>
    <w:basedOn w:val="a1"/>
    <w:link w:val="34"/>
    <w:uiPriority w:val="99"/>
    <w:unhideWhenUsed/>
    <w:rsid w:val="00AA1D8D"/>
    <w:pPr>
      <w:spacing w:after="120"/>
    </w:pPr>
    <w:rPr>
      <w:sz w:val="16"/>
      <w:szCs w:val="16"/>
    </w:rPr>
  </w:style>
  <w:style w:type="character" w:customStyle="1" w:styleId="34">
    <w:name w:val="本文 3 (文字)"/>
    <w:basedOn w:val="a2"/>
    <w:link w:val="33"/>
    <w:uiPriority w:val="99"/>
    <w:rsid w:val="00AA1D8D"/>
    <w:rPr>
      <w:sz w:val="16"/>
      <w:szCs w:val="16"/>
    </w:rPr>
  </w:style>
  <w:style w:type="paragraph" w:styleId="af1">
    <w:name w:val="List"/>
    <w:basedOn w:val="a1"/>
    <w:uiPriority w:val="99"/>
    <w:unhideWhenUsed/>
    <w:rsid w:val="00AA1D8D"/>
    <w:pPr>
      <w:ind w:left="360" w:hanging="360"/>
      <w:contextualSpacing/>
    </w:pPr>
  </w:style>
  <w:style w:type="paragraph" w:styleId="25">
    <w:name w:val="List 2"/>
    <w:basedOn w:val="a1"/>
    <w:uiPriority w:val="99"/>
    <w:unhideWhenUsed/>
    <w:rsid w:val="00326F90"/>
    <w:pPr>
      <w:ind w:left="720" w:hanging="360"/>
      <w:contextualSpacing/>
    </w:pPr>
  </w:style>
  <w:style w:type="paragraph" w:styleId="35">
    <w:name w:val="List 3"/>
    <w:basedOn w:val="a1"/>
    <w:uiPriority w:val="99"/>
    <w:unhideWhenUsed/>
    <w:rsid w:val="00326F90"/>
    <w:pPr>
      <w:ind w:left="1080" w:hanging="360"/>
      <w:contextualSpacing/>
    </w:pPr>
  </w:style>
  <w:style w:type="paragraph" w:styleId="a0">
    <w:name w:val="List Bullet"/>
    <w:basedOn w:val="a1"/>
    <w:uiPriority w:val="99"/>
    <w:unhideWhenUsed/>
    <w:rsid w:val="00326F90"/>
    <w:pPr>
      <w:numPr>
        <w:numId w:val="1"/>
      </w:numPr>
      <w:contextualSpacing/>
    </w:pPr>
  </w:style>
  <w:style w:type="paragraph" w:styleId="20">
    <w:name w:val="List Bullet 2"/>
    <w:basedOn w:val="a1"/>
    <w:uiPriority w:val="99"/>
    <w:unhideWhenUsed/>
    <w:rsid w:val="00326F90"/>
    <w:pPr>
      <w:numPr>
        <w:numId w:val="2"/>
      </w:numPr>
      <w:contextualSpacing/>
    </w:pPr>
  </w:style>
  <w:style w:type="paragraph" w:styleId="30">
    <w:name w:val="List Bullet 3"/>
    <w:basedOn w:val="a1"/>
    <w:uiPriority w:val="99"/>
    <w:unhideWhenUsed/>
    <w:rsid w:val="00326F90"/>
    <w:pPr>
      <w:numPr>
        <w:numId w:val="3"/>
      </w:numPr>
      <w:contextualSpacing/>
    </w:pPr>
  </w:style>
  <w:style w:type="paragraph" w:styleId="a">
    <w:name w:val="List Number"/>
    <w:basedOn w:val="a1"/>
    <w:uiPriority w:val="99"/>
    <w:unhideWhenUsed/>
    <w:rsid w:val="00326F90"/>
    <w:pPr>
      <w:numPr>
        <w:numId w:val="5"/>
      </w:numPr>
      <w:contextualSpacing/>
    </w:pPr>
  </w:style>
  <w:style w:type="paragraph" w:styleId="2">
    <w:name w:val="List Number 2"/>
    <w:basedOn w:val="a1"/>
    <w:uiPriority w:val="99"/>
    <w:unhideWhenUsed/>
    <w:rsid w:val="0029639D"/>
    <w:pPr>
      <w:numPr>
        <w:numId w:val="6"/>
      </w:numPr>
      <w:contextualSpacing/>
    </w:pPr>
  </w:style>
  <w:style w:type="paragraph" w:styleId="3">
    <w:name w:val="List Number 3"/>
    <w:basedOn w:val="a1"/>
    <w:uiPriority w:val="99"/>
    <w:unhideWhenUsed/>
    <w:rsid w:val="0029639D"/>
    <w:pPr>
      <w:numPr>
        <w:numId w:val="7"/>
      </w:numPr>
      <w:contextualSpacing/>
    </w:pPr>
  </w:style>
  <w:style w:type="paragraph" w:styleId="af2">
    <w:name w:val="List Continue"/>
    <w:basedOn w:val="a1"/>
    <w:uiPriority w:val="99"/>
    <w:unhideWhenUsed/>
    <w:rsid w:val="0029639D"/>
    <w:pPr>
      <w:spacing w:after="120"/>
      <w:ind w:left="360"/>
      <w:contextualSpacing/>
    </w:pPr>
  </w:style>
  <w:style w:type="paragraph" w:styleId="26">
    <w:name w:val="List Continue 2"/>
    <w:basedOn w:val="a1"/>
    <w:uiPriority w:val="99"/>
    <w:unhideWhenUsed/>
    <w:rsid w:val="0029639D"/>
    <w:pPr>
      <w:spacing w:after="120"/>
      <w:ind w:left="720"/>
      <w:contextualSpacing/>
    </w:pPr>
  </w:style>
  <w:style w:type="paragraph" w:styleId="36">
    <w:name w:val="List Continue 3"/>
    <w:basedOn w:val="a1"/>
    <w:uiPriority w:val="99"/>
    <w:unhideWhenUsed/>
    <w:rsid w:val="0029639D"/>
    <w:pPr>
      <w:spacing w:after="120"/>
      <w:ind w:left="1080"/>
      <w:contextualSpacing/>
    </w:pPr>
  </w:style>
  <w:style w:type="paragraph" w:styleId="af3">
    <w:name w:val="macro"/>
    <w:link w:val="af4"/>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af4">
    <w:name w:val="マクロ文字列 (文字)"/>
    <w:basedOn w:val="a2"/>
    <w:link w:val="af3"/>
    <w:uiPriority w:val="99"/>
    <w:rsid w:val="0029639D"/>
    <w:rPr>
      <w:rFonts w:ascii="Courier" w:hAnsi="Courier"/>
      <w:sz w:val="20"/>
      <w:szCs w:val="20"/>
    </w:rPr>
  </w:style>
  <w:style w:type="paragraph" w:styleId="af5">
    <w:name w:val="Quote"/>
    <w:basedOn w:val="a1"/>
    <w:next w:val="a1"/>
    <w:link w:val="af6"/>
    <w:uiPriority w:val="29"/>
    <w:qFormat/>
    <w:rsid w:val="00FC693F"/>
    <w:rPr>
      <w:i/>
      <w:iCs/>
      <w:color w:val="000000" w:themeColor="text1"/>
    </w:rPr>
  </w:style>
  <w:style w:type="character" w:customStyle="1" w:styleId="af6">
    <w:name w:val="引用文 (文字)"/>
    <w:basedOn w:val="a2"/>
    <w:link w:val="af5"/>
    <w:uiPriority w:val="29"/>
    <w:rsid w:val="00FC693F"/>
    <w:rPr>
      <w:i/>
      <w:iCs/>
      <w:color w:val="000000" w:themeColor="text1"/>
    </w:rPr>
  </w:style>
  <w:style w:type="character" w:customStyle="1" w:styleId="40">
    <w:name w:val="見出し 4 (文字)"/>
    <w:basedOn w:val="a2"/>
    <w:link w:val="4"/>
    <w:uiPriority w:val="9"/>
    <w:semiHidden/>
    <w:rsid w:val="00FC693F"/>
    <w:rPr>
      <w:rFonts w:asciiTheme="majorHAnsi" w:eastAsiaTheme="majorEastAsia" w:hAnsiTheme="majorHAnsi" w:cstheme="majorBidi"/>
      <w:b/>
      <w:bCs/>
      <w:i/>
      <w:iCs/>
      <w:color w:val="4F81BD" w:themeColor="accent1"/>
    </w:rPr>
  </w:style>
  <w:style w:type="character" w:customStyle="1" w:styleId="50">
    <w:name w:val="見出し 5 (文字)"/>
    <w:basedOn w:val="a2"/>
    <w:link w:val="5"/>
    <w:uiPriority w:val="9"/>
    <w:semiHidden/>
    <w:rsid w:val="00FC693F"/>
    <w:rPr>
      <w:rFonts w:asciiTheme="majorHAnsi" w:eastAsiaTheme="majorEastAsia" w:hAnsiTheme="majorHAnsi" w:cstheme="majorBidi"/>
      <w:color w:val="243F60" w:themeColor="accent1" w:themeShade="7F"/>
    </w:rPr>
  </w:style>
  <w:style w:type="character" w:customStyle="1" w:styleId="60">
    <w:name w:val="見出し 6 (文字)"/>
    <w:basedOn w:val="a2"/>
    <w:link w:val="6"/>
    <w:uiPriority w:val="9"/>
    <w:semiHidden/>
    <w:rsid w:val="00FC693F"/>
    <w:rPr>
      <w:rFonts w:asciiTheme="majorHAnsi" w:eastAsiaTheme="majorEastAsia" w:hAnsiTheme="majorHAnsi" w:cstheme="majorBidi"/>
      <w:i/>
      <w:iCs/>
      <w:color w:val="243F60" w:themeColor="accent1" w:themeShade="7F"/>
    </w:rPr>
  </w:style>
  <w:style w:type="character" w:customStyle="1" w:styleId="70">
    <w:name w:val="見出し 7 (文字)"/>
    <w:basedOn w:val="a2"/>
    <w:link w:val="7"/>
    <w:uiPriority w:val="9"/>
    <w:semiHidden/>
    <w:rsid w:val="00FC693F"/>
    <w:rPr>
      <w:rFonts w:asciiTheme="majorHAnsi" w:eastAsiaTheme="majorEastAsia" w:hAnsiTheme="majorHAnsi" w:cstheme="majorBidi"/>
      <w:i/>
      <w:iCs/>
      <w:color w:val="404040" w:themeColor="text1" w:themeTint="BF"/>
    </w:rPr>
  </w:style>
  <w:style w:type="character" w:customStyle="1" w:styleId="80">
    <w:name w:val="見出し 8 (文字)"/>
    <w:basedOn w:val="a2"/>
    <w:link w:val="8"/>
    <w:uiPriority w:val="9"/>
    <w:semiHidden/>
    <w:rsid w:val="00FC693F"/>
    <w:rPr>
      <w:rFonts w:asciiTheme="majorHAnsi" w:eastAsiaTheme="majorEastAsia" w:hAnsiTheme="majorHAnsi" w:cstheme="majorBidi"/>
      <w:color w:val="4F81BD" w:themeColor="accent1"/>
      <w:sz w:val="20"/>
      <w:szCs w:val="20"/>
    </w:rPr>
  </w:style>
  <w:style w:type="character" w:customStyle="1" w:styleId="90">
    <w:name w:val="見出し 9 (文字)"/>
    <w:basedOn w:val="a2"/>
    <w:link w:val="9"/>
    <w:uiPriority w:val="9"/>
    <w:semiHidden/>
    <w:rsid w:val="00FC693F"/>
    <w:rPr>
      <w:rFonts w:asciiTheme="majorHAnsi" w:eastAsiaTheme="majorEastAsia" w:hAnsiTheme="majorHAnsi" w:cstheme="majorBidi"/>
      <w:i/>
      <w:iCs/>
      <w:color w:val="404040" w:themeColor="text1" w:themeTint="BF"/>
      <w:sz w:val="20"/>
      <w:szCs w:val="20"/>
    </w:rPr>
  </w:style>
  <w:style w:type="paragraph" w:styleId="af7">
    <w:name w:val="caption"/>
    <w:basedOn w:val="a1"/>
    <w:next w:val="a1"/>
    <w:uiPriority w:val="35"/>
    <w:semiHidden/>
    <w:unhideWhenUsed/>
    <w:qFormat/>
    <w:rsid w:val="00FC693F"/>
    <w:pPr>
      <w:spacing w:line="240" w:lineRule="auto"/>
    </w:pPr>
    <w:rPr>
      <w:b/>
      <w:bCs/>
      <w:color w:val="4F81BD" w:themeColor="accent1"/>
      <w:sz w:val="18"/>
      <w:szCs w:val="18"/>
    </w:rPr>
  </w:style>
  <w:style w:type="character" w:styleId="af8">
    <w:name w:val="Strong"/>
    <w:basedOn w:val="a2"/>
    <w:uiPriority w:val="22"/>
    <w:qFormat/>
    <w:rsid w:val="00FC693F"/>
    <w:rPr>
      <w:b/>
      <w:bCs/>
    </w:rPr>
  </w:style>
  <w:style w:type="character" w:styleId="af9">
    <w:name w:val="Emphasis"/>
    <w:basedOn w:val="a2"/>
    <w:uiPriority w:val="20"/>
    <w:qFormat/>
    <w:rsid w:val="00FC693F"/>
    <w:rPr>
      <w:i/>
      <w:iCs/>
    </w:rPr>
  </w:style>
  <w:style w:type="paragraph" w:styleId="27">
    <w:name w:val="Intense Quote"/>
    <w:basedOn w:val="a1"/>
    <w:next w:val="a1"/>
    <w:link w:val="28"/>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28">
    <w:name w:val="引用文 2 (文字)"/>
    <w:basedOn w:val="a2"/>
    <w:link w:val="27"/>
    <w:uiPriority w:val="30"/>
    <w:rsid w:val="00FC693F"/>
    <w:rPr>
      <w:b/>
      <w:bCs/>
      <w:i/>
      <w:iCs/>
      <w:color w:val="4F81BD" w:themeColor="accent1"/>
    </w:rPr>
  </w:style>
  <w:style w:type="character" w:styleId="afa">
    <w:name w:val="Subtle Emphasis"/>
    <w:basedOn w:val="a2"/>
    <w:uiPriority w:val="19"/>
    <w:qFormat/>
    <w:rsid w:val="00FC693F"/>
    <w:rPr>
      <w:i/>
      <w:iCs/>
      <w:color w:val="808080" w:themeColor="text1" w:themeTint="7F"/>
    </w:rPr>
  </w:style>
  <w:style w:type="character" w:styleId="29">
    <w:name w:val="Intense Emphasis"/>
    <w:basedOn w:val="a2"/>
    <w:uiPriority w:val="21"/>
    <w:qFormat/>
    <w:rsid w:val="00FC693F"/>
    <w:rPr>
      <w:b/>
      <w:bCs/>
      <w:i/>
      <w:iCs/>
      <w:color w:val="4F81BD" w:themeColor="accent1"/>
    </w:rPr>
  </w:style>
  <w:style w:type="character" w:styleId="afb">
    <w:name w:val="Subtle Reference"/>
    <w:basedOn w:val="a2"/>
    <w:uiPriority w:val="31"/>
    <w:qFormat/>
    <w:rsid w:val="00FC693F"/>
    <w:rPr>
      <w:smallCaps/>
      <w:color w:val="C0504D" w:themeColor="accent2"/>
      <w:u w:val="single"/>
    </w:rPr>
  </w:style>
  <w:style w:type="character" w:styleId="2a">
    <w:name w:val="Intense Reference"/>
    <w:basedOn w:val="a2"/>
    <w:uiPriority w:val="32"/>
    <w:qFormat/>
    <w:rsid w:val="00FC693F"/>
    <w:rPr>
      <w:b/>
      <w:bCs/>
      <w:smallCaps/>
      <w:color w:val="C0504D" w:themeColor="accent2"/>
      <w:spacing w:val="5"/>
      <w:u w:val="single"/>
    </w:rPr>
  </w:style>
  <w:style w:type="character" w:styleId="afc">
    <w:name w:val="Book Title"/>
    <w:basedOn w:val="a2"/>
    <w:uiPriority w:val="33"/>
    <w:qFormat/>
    <w:rsid w:val="00FC693F"/>
    <w:rPr>
      <w:b/>
      <w:bCs/>
      <w:smallCaps/>
      <w:spacing w:val="5"/>
    </w:rPr>
  </w:style>
  <w:style w:type="paragraph" w:styleId="afd">
    <w:name w:val="TOC Heading"/>
    <w:basedOn w:val="1"/>
    <w:next w:val="a1"/>
    <w:uiPriority w:val="39"/>
    <w:semiHidden/>
    <w:unhideWhenUsed/>
    <w:qFormat/>
    <w:rsid w:val="00FC693F"/>
    <w:pPr>
      <w:outlineLvl w:val="9"/>
    </w:pPr>
  </w:style>
  <w:style w:type="table" w:styleId="afe">
    <w:name w:val="Table Grid"/>
    <w:basedOn w:val="a3"/>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11">
    <w:name w:val="Light Shading"/>
    <w:basedOn w:val="a3"/>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12">
    <w:name w:val="Light Shading Accent 1"/>
    <w:basedOn w:val="a3"/>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13">
    <w:name w:val="Light Shading Accent 2"/>
    <w:basedOn w:val="a3"/>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14">
    <w:name w:val="Light Shading Accent 3"/>
    <w:basedOn w:val="a3"/>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15">
    <w:name w:val="Light Shading Accent 4"/>
    <w:basedOn w:val="a3"/>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16">
    <w:name w:val="Light Shading Accent 5"/>
    <w:basedOn w:val="a3"/>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17">
    <w:name w:val="Light Shading Accent 6"/>
    <w:basedOn w:val="a3"/>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2b">
    <w:name w:val="Light List"/>
    <w:basedOn w:val="a3"/>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2c">
    <w:name w:val="Light List Accent 1"/>
    <w:basedOn w:val="a3"/>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2d">
    <w:name w:val="Light List Accent 2"/>
    <w:basedOn w:val="a3"/>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2e">
    <w:name w:val="Light List Accent 3"/>
    <w:basedOn w:val="a3"/>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2f">
    <w:name w:val="Light List Accent 4"/>
    <w:basedOn w:val="a3"/>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2f0">
    <w:name w:val="Light List Accent 5"/>
    <w:basedOn w:val="a3"/>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2f1">
    <w:name w:val="Light List Accent 6"/>
    <w:basedOn w:val="a3"/>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37">
    <w:name w:val="Light Grid"/>
    <w:basedOn w:val="a3"/>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38">
    <w:name w:val="Light Grid Accent 1"/>
    <w:basedOn w:val="a3"/>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39">
    <w:name w:val="Light Grid Accent 2"/>
    <w:basedOn w:val="a3"/>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3a">
    <w:name w:val="Light Grid Accent 3"/>
    <w:basedOn w:val="a3"/>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3b">
    <w:name w:val="Light Grid Accent 4"/>
    <w:basedOn w:val="a3"/>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3c">
    <w:name w:val="Light Grid Accent 5"/>
    <w:basedOn w:val="a3"/>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3d">
    <w:name w:val="Light Grid Accent 6"/>
    <w:basedOn w:val="a3"/>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41">
    <w:name w:val="Medium Shading 1"/>
    <w:basedOn w:val="a3"/>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42">
    <w:name w:val="Medium Shading 1 Accent 1"/>
    <w:basedOn w:val="a3"/>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43">
    <w:name w:val="Medium Shading 1 Accent 2"/>
    <w:basedOn w:val="a3"/>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44">
    <w:name w:val="Medium Shading 1 Accent 3"/>
    <w:basedOn w:val="a3"/>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45">
    <w:name w:val="Medium Shading 1 Accent 4"/>
    <w:basedOn w:val="a3"/>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46">
    <w:name w:val="Medium Shading 1 Accent 5"/>
    <w:basedOn w:val="a3"/>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47">
    <w:name w:val="Medium Shading 1 Accent 6"/>
    <w:basedOn w:val="a3"/>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51">
    <w:name w:val="Medium Shading 2"/>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52">
    <w:name w:val="Medium Shading 2 Accent 1"/>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53">
    <w:name w:val="Medium Shading 2 Accent 2"/>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54">
    <w:name w:val="Medium Shading 2 Accent 3"/>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55">
    <w:name w:val="Medium Shading 2 Accent 4"/>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56">
    <w:name w:val="Medium Shading 2 Accent 5"/>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57">
    <w:name w:val="Medium Shading 2 Accent 6"/>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61">
    <w:name w:val="Medium List 1"/>
    <w:basedOn w:val="a3"/>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62">
    <w:name w:val="Medium List 1 Accent 1"/>
    <w:basedOn w:val="a3"/>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63">
    <w:name w:val="Medium List 1 Accent 2"/>
    <w:basedOn w:val="a3"/>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64">
    <w:name w:val="Medium List 1 Accent 3"/>
    <w:basedOn w:val="a3"/>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65">
    <w:name w:val="Medium List 1 Accent 4"/>
    <w:basedOn w:val="a3"/>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66">
    <w:name w:val="Medium List 1 Accent 5"/>
    <w:basedOn w:val="a3"/>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67">
    <w:name w:val="Medium List 1 Accent 6"/>
    <w:basedOn w:val="a3"/>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71">
    <w:name w:val="Medium List 2"/>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72">
    <w:name w:val="Medium List 2 Accent 1"/>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73">
    <w:name w:val="Medium List 2 Accent 2"/>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74">
    <w:name w:val="Medium List 2 Accent 3"/>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75">
    <w:name w:val="Medium List 2 Accent 4"/>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76">
    <w:name w:val="Medium List 2 Accent 5"/>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77">
    <w:name w:val="Medium List 2 Accent 6"/>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81">
    <w:name w:val="Medium Grid 1"/>
    <w:basedOn w:val="a3"/>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82">
    <w:name w:val="Medium Grid 1 Accent 1"/>
    <w:basedOn w:val="a3"/>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83">
    <w:name w:val="Medium Grid 1 Accent 2"/>
    <w:basedOn w:val="a3"/>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84">
    <w:name w:val="Medium Grid 1 Accent 3"/>
    <w:basedOn w:val="a3"/>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85">
    <w:name w:val="Medium Grid 1 Accent 4"/>
    <w:basedOn w:val="a3"/>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86">
    <w:name w:val="Medium Grid 1 Accent 5"/>
    <w:basedOn w:val="a3"/>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87">
    <w:name w:val="Medium Grid 1 Accent 6"/>
    <w:basedOn w:val="a3"/>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91">
    <w:name w:val="Medium Grid 2"/>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92">
    <w:name w:val="Medium Grid 2 Accent 1"/>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93">
    <w:name w:val="Medium Grid 2 Accent 2"/>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94">
    <w:name w:val="Medium Grid 2 Accent 3"/>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95">
    <w:name w:val="Medium Grid 2 Accent 4"/>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96">
    <w:name w:val="Medium Grid 2 Accent 5"/>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97">
    <w:name w:val="Medium Grid 2 Accent 6"/>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100">
    <w:name w:val="Medium Grid 3"/>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101">
    <w:name w:val="Medium Grid 3 Accent 1"/>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102">
    <w:name w:val="Medium Grid 3 Accent 2"/>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103">
    <w:name w:val="Medium Grid 3 Accent 3"/>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104">
    <w:name w:val="Medium Grid 3 Accent 4"/>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105">
    <w:name w:val="Medium Grid 3 Accent 5"/>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106">
    <w:name w:val="Medium Grid 3 Accent 6"/>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110">
    <w:name w:val="Dark List"/>
    <w:basedOn w:val="a3"/>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111">
    <w:name w:val="Dark List Accent 1"/>
    <w:basedOn w:val="a3"/>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112">
    <w:name w:val="Dark List Accent 2"/>
    <w:basedOn w:val="a3"/>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113">
    <w:name w:val="Dark List Accent 3"/>
    <w:basedOn w:val="a3"/>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114">
    <w:name w:val="Dark List Accent 4"/>
    <w:basedOn w:val="a3"/>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115">
    <w:name w:val="Dark List Accent 5"/>
    <w:basedOn w:val="a3"/>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116">
    <w:name w:val="Dark List Accent 6"/>
    <w:basedOn w:val="a3"/>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120">
    <w:name w:val="Colorful Shading"/>
    <w:basedOn w:val="a3"/>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121">
    <w:name w:val="Colorful Shading Accent 1"/>
    <w:basedOn w:val="a3"/>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122">
    <w:name w:val="Colorful Shading Accent 2"/>
    <w:basedOn w:val="a3"/>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123">
    <w:name w:val="Colorful Shading Accent 3"/>
    <w:basedOn w:val="a3"/>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124">
    <w:name w:val="Colorful Shading Accent 4"/>
    <w:basedOn w:val="a3"/>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125">
    <w:name w:val="Colorful Shading Accent 5"/>
    <w:basedOn w:val="a3"/>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126">
    <w:name w:val="Colorful Shading Accent 6"/>
    <w:basedOn w:val="a3"/>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130">
    <w:name w:val="Colorful List"/>
    <w:basedOn w:val="a3"/>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131">
    <w:name w:val="Colorful List Accent 1"/>
    <w:basedOn w:val="a3"/>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132">
    <w:name w:val="Colorful List Accent 2"/>
    <w:basedOn w:val="a3"/>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133">
    <w:name w:val="Colorful List Accent 3"/>
    <w:basedOn w:val="a3"/>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134">
    <w:name w:val="Colorful List Accent 4"/>
    <w:basedOn w:val="a3"/>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135">
    <w:name w:val="Colorful List Accent 5"/>
    <w:basedOn w:val="a3"/>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136">
    <w:name w:val="Colorful List Accent 6"/>
    <w:basedOn w:val="a3"/>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140">
    <w:name w:val="Colorful Grid"/>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141">
    <w:name w:val="Colorful Grid Accent 1"/>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142">
    <w:name w:val="Colorful Grid Accent 2"/>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143">
    <w:name w:val="Colorful Grid Accent 3"/>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144">
    <w:name w:val="Colorful Grid Accent 4"/>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145">
    <w:name w:val="Colorful Grid Accent 5"/>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146">
    <w:name w:val="Colorful Grid Accent 6"/>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17D0081-B4BD-4AA1-836E-BC786C1455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949</TotalTime>
  <Pages>2</Pages>
  <Words>200</Words>
  <Characters>1140</Characters>
  <Application>Microsoft Office Word</Application>
  <DocSecurity>0</DocSecurity>
  <Lines>9</Lines>
  <Paragraphs>2</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
      <vt:lpstr/>
    </vt:vector>
  </TitlesOfParts>
  <Manager/>
  <Company/>
  <LinksUpToDate>false</LinksUpToDate>
  <CharactersWithSpaces>1338</CharactersWithSpaces>
  <SharedDoc>false</SharedDoc>
  <HyperlinkBase/>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中村聖人</cp:lastModifiedBy>
  <cp:revision>4</cp:revision>
  <dcterms:created xsi:type="dcterms:W3CDTF">2026-08-20T05:55:00Z</dcterms:created>
  <dcterms:modified xsi:type="dcterms:W3CDTF">2026-09-07T23:59:00Z</dcterms:modified>
  <cp:category/>
</cp:coreProperties>
</file>