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DCBEC" w14:textId="7A47BE61" w:rsidR="00010CEC" w:rsidRPr="000131C7" w:rsidRDefault="00174A49" w:rsidP="000131C7">
      <w:pPr>
        <w:snapToGrid w:val="0"/>
        <w:spacing w:after="0" w:line="200" w:lineRule="atLeast"/>
        <w:jc w:val="center"/>
        <w:rPr>
          <w:sz w:val="32"/>
          <w:szCs w:val="32"/>
          <w:lang w:eastAsia="ja-JP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5F827B" wp14:editId="59D95FB6">
                <wp:simplePos x="0" y="0"/>
                <wp:positionH relativeFrom="column">
                  <wp:posOffset>35860</wp:posOffset>
                </wp:positionH>
                <wp:positionV relativeFrom="paragraph">
                  <wp:posOffset>35955</wp:posOffset>
                </wp:positionV>
                <wp:extent cx="993600" cy="266400"/>
                <wp:effectExtent l="0" t="0" r="16510" b="1968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600" cy="266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469B8A" w14:textId="60F71027" w:rsidR="00174A49" w:rsidRDefault="00174A49" w:rsidP="00174A49">
                            <w:pPr>
                              <w:rPr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174A49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普 </w:t>
                            </w:r>
                            <w:r w:rsidR="00052BF8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B5</w:t>
                            </w:r>
                            <w:r w:rsidRPr="00174A49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・ 大</w:t>
                            </w:r>
                            <w:r w:rsidR="00052BF8">
                              <w:rPr>
                                <w:rFonts w:hint="eastAsia"/>
                                <w:sz w:val="18"/>
                                <w:szCs w:val="18"/>
                                <w:lang w:eastAsia="ja-JP"/>
                              </w:rPr>
                              <w:t>A4</w:t>
                            </w:r>
                          </w:p>
                          <w:p w14:paraId="321D60BC" w14:textId="77777777" w:rsidR="00052BF8" w:rsidRPr="00174A49" w:rsidRDefault="00052BF8" w:rsidP="00174A49">
                            <w:pPr>
                              <w:rPr>
                                <w:sz w:val="18"/>
                                <w:szCs w:val="18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F827B" id="正方形/長方形 3" o:spid="_x0000_s1026" style="position:absolute;left:0;text-align:left;margin-left:2.8pt;margin-top:2.85pt;width:78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" fillcolor="white [3201]" strokecolor="#bfbfbf [2412]" strokeweight=".25pt">
                <v:textbox>
                  <w:txbxContent>
                    <w:p w14:paraId="1A469B8A" w14:textId="60F71027" w:rsidR="00174A49" w:rsidRDefault="00174A49" w:rsidP="00174A49">
                      <w:pPr>
                        <w:rPr>
                          <w:sz w:val="18"/>
                          <w:szCs w:val="18"/>
                          <w:lang w:eastAsia="ja-JP"/>
                        </w:rPr>
                      </w:pPr>
                      <w:r w:rsidRPr="00174A49">
                        <w:rPr>
                          <w:rFonts w:hint="eastAsia"/>
                          <w:sz w:val="18"/>
                          <w:szCs w:val="18"/>
                          <w:lang w:eastAsia="ja-JP"/>
                        </w:rPr>
                        <w:t xml:space="preserve">普 </w:t>
                      </w:r>
                      <w:r w:rsidR="00052BF8">
                        <w:rPr>
                          <w:rFonts w:hint="eastAsia"/>
                          <w:sz w:val="18"/>
                          <w:szCs w:val="18"/>
                          <w:lang w:eastAsia="ja-JP"/>
                        </w:rPr>
                        <w:t>B5</w:t>
                      </w:r>
                      <w:r w:rsidRPr="00174A49">
                        <w:rPr>
                          <w:rFonts w:hint="eastAsia"/>
                          <w:sz w:val="18"/>
                          <w:szCs w:val="18"/>
                          <w:lang w:eastAsia="ja-JP"/>
                        </w:rPr>
                        <w:t>・ 大</w:t>
                      </w:r>
                      <w:r w:rsidR="00052BF8">
                        <w:rPr>
                          <w:rFonts w:hint="eastAsia"/>
                          <w:sz w:val="18"/>
                          <w:szCs w:val="18"/>
                          <w:lang w:eastAsia="ja-JP"/>
                        </w:rPr>
                        <w:t>A4</w:t>
                      </w:r>
                    </w:p>
                    <w:p w14:paraId="321D60BC" w14:textId="77777777" w:rsidR="00052BF8" w:rsidRPr="00174A49" w:rsidRDefault="00052BF8" w:rsidP="00174A49">
                      <w:pPr>
                        <w:rPr>
                          <w:sz w:val="18"/>
                          <w:szCs w:val="18"/>
                          <w:lang w:eastAsia="ja-JP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C32F1" w:rsidRPr="000131C7">
        <w:rPr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 wp14:anchorId="6A553F0C" wp14:editId="2C764413">
            <wp:simplePos x="0" y="0"/>
            <wp:positionH relativeFrom="column">
              <wp:posOffset>4705310</wp:posOffset>
            </wp:positionH>
            <wp:positionV relativeFrom="paragraph">
              <wp:posOffset>11200</wp:posOffset>
            </wp:positionV>
            <wp:extent cx="1118235" cy="1150620"/>
            <wp:effectExtent l="0" t="0" r="571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1C7" w:rsidRPr="000131C7">
        <w:rPr>
          <w:rFonts w:hint="eastAsia"/>
          <w:b/>
          <w:color w:val="6A8B53"/>
          <w:sz w:val="32"/>
          <w:szCs w:val="32"/>
          <w:lang w:eastAsia="ja-JP"/>
        </w:rPr>
        <w:t>11月の特集</w:t>
      </w:r>
    </w:p>
    <w:p w14:paraId="1A867536" w14:textId="516CA2D8" w:rsidR="00010CEC" w:rsidRDefault="00052BF8" w:rsidP="000131C7">
      <w:pPr>
        <w:snapToGrid w:val="0"/>
        <w:spacing w:after="20" w:line="180" w:lineRule="auto"/>
        <w:jc w:val="center"/>
        <w:rPr>
          <w:lang w:eastAsia="ja-JP"/>
        </w:rPr>
      </w:pPr>
      <w:r>
        <w:rPr>
          <w:b/>
          <w:color w:val="435B3D"/>
          <w:sz w:val="60"/>
          <w:lang w:eastAsia="ja-JP"/>
        </w:rPr>
        <w:t>わたしの本棚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010CEC" w14:paraId="6ACCE539" w14:textId="77777777">
        <w:trPr>
          <w:jc w:val="center"/>
        </w:trPr>
        <w:tc>
          <w:tcPr>
            <w:tcW w:w="9978" w:type="dxa"/>
            <w:tcBorders>
              <w:top w:val="single" w:sz="8" w:space="0" w:color="D5E1C9"/>
              <w:left w:val="single" w:sz="8" w:space="0" w:color="D5E1C9"/>
              <w:bottom w:val="single" w:sz="8" w:space="0" w:color="D5E1C9"/>
              <w:right w:val="single" w:sz="8" w:space="0" w:color="D5E1C9"/>
            </w:tcBorders>
            <w:shd w:val="clear" w:color="auto" w:fill="F5F7EF"/>
            <w:vAlign w:val="center"/>
          </w:tcPr>
          <w:p w14:paraId="334B4CC5" w14:textId="1E98A439" w:rsidR="00010CEC" w:rsidRPr="000131C7" w:rsidRDefault="00052BF8" w:rsidP="000131C7">
            <w:pPr>
              <w:spacing w:after="0" w:line="240" w:lineRule="auto"/>
              <w:jc w:val="center"/>
              <w:rPr>
                <w:bCs/>
                <w:sz w:val="32"/>
                <w:szCs w:val="32"/>
                <w:lang w:eastAsia="ja-JP"/>
              </w:rPr>
            </w:pPr>
            <w:r w:rsidRPr="000131C7">
              <w:rPr>
                <w:bCs/>
                <w:color w:val="4B6440"/>
                <w:sz w:val="32"/>
                <w:szCs w:val="32"/>
                <w:lang w:eastAsia="ja-JP"/>
              </w:rPr>
              <w:t>特集</w:t>
            </w:r>
            <w:r w:rsidR="000131C7" w:rsidRPr="000131C7">
              <w:rPr>
                <w:rFonts w:hint="eastAsia"/>
                <w:bCs/>
                <w:color w:val="4B6440"/>
                <w:sz w:val="32"/>
                <w:szCs w:val="32"/>
                <w:lang w:eastAsia="ja-JP"/>
              </w:rPr>
              <w:t>の</w:t>
            </w:r>
            <w:r w:rsidRPr="000131C7">
              <w:rPr>
                <w:bCs/>
                <w:color w:val="4B6440"/>
                <w:sz w:val="32"/>
                <w:szCs w:val="32"/>
                <w:lang w:eastAsia="ja-JP"/>
              </w:rPr>
              <w:t>タイトル</w:t>
            </w:r>
          </w:p>
        </w:tc>
      </w:tr>
    </w:tbl>
    <w:p w14:paraId="5182BCBC" w14:textId="3B50E7D8" w:rsidR="00010CEC" w:rsidRDefault="00052BF8">
      <w:pPr>
        <w:spacing w:after="0" w:line="60" w:lineRule="exact"/>
        <w:rPr>
          <w:lang w:eastAsia="ja-JP"/>
        </w:rPr>
      </w:pPr>
      <w:r>
        <w:rPr>
          <w:lang w:eastAsia="ja-JP"/>
        </w:rPr>
        <w:t xml:space="preserve"> </w:t>
      </w:r>
    </w:p>
    <w:tbl>
      <w:tblPr>
        <w:tblW w:w="10373" w:type="dxa"/>
        <w:jc w:val="center"/>
        <w:tblLayout w:type="fixed"/>
        <w:tblLook w:val="04A0" w:firstRow="1" w:lastRow="0" w:firstColumn="1" w:lastColumn="0" w:noHBand="0" w:noVBand="1"/>
      </w:tblPr>
      <w:tblGrid>
        <w:gridCol w:w="10373"/>
      </w:tblGrid>
      <w:tr w:rsidR="00010CEC" w14:paraId="5718685A" w14:textId="77777777" w:rsidTr="00282F7E">
        <w:trPr>
          <w:trHeight w:val="5309"/>
          <w:jc w:val="center"/>
        </w:trPr>
        <w:tc>
          <w:tcPr>
            <w:tcW w:w="10373" w:type="dxa"/>
            <w:tcBorders>
              <w:top w:val="dashed" w:sz="8" w:space="0" w:color="B7C9AE"/>
              <w:left w:val="dashed" w:sz="8" w:space="0" w:color="B7C9AE"/>
              <w:bottom w:val="dashed" w:sz="8" w:space="0" w:color="B7C9AE"/>
              <w:right w:val="dashed" w:sz="8" w:space="0" w:color="B7C9AE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</w:tcPr>
          <w:p w14:paraId="2CC80F1B" w14:textId="2B5922BD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7CB04987" w14:textId="37C7B4F1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695E3571" w14:textId="66EF6FAB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35029368" w14:textId="6A9756C9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5B5AB327" w14:textId="7BF7B700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783C09E2" w14:textId="77777777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5E03F9E0" w14:textId="43D8E48E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68D26C9A" w14:textId="77777777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0C637BA1" w14:textId="6441270F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5E6A9F70" w14:textId="623D22F0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56D0E948" w14:textId="77777777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321E2F46" w14:textId="704B1552" w:rsidR="007504A7" w:rsidRDefault="007504A7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1808B541" w14:textId="68DAD677" w:rsidR="00092FF4" w:rsidRDefault="00092FF4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277E2D23" w14:textId="28F66C72" w:rsidR="005C31BF" w:rsidRDefault="005C31BF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70E1CE53" w14:textId="77777777" w:rsidR="0050284C" w:rsidRDefault="0050284C" w:rsidP="007504A7">
            <w:pPr>
              <w:spacing w:after="0"/>
              <w:rPr>
                <w:rFonts w:hint="eastAsia"/>
                <w:color w:val="7D7D7D"/>
                <w:sz w:val="18"/>
                <w:lang w:eastAsia="ja-JP"/>
              </w:rPr>
            </w:pPr>
          </w:p>
          <w:p w14:paraId="2366AD1A" w14:textId="71E17CAB" w:rsidR="00092FF4" w:rsidRDefault="00092FF4" w:rsidP="007504A7">
            <w:pPr>
              <w:spacing w:after="0"/>
              <w:rPr>
                <w:color w:val="7D7D7D"/>
                <w:sz w:val="18"/>
                <w:lang w:eastAsia="ja-JP"/>
              </w:rPr>
            </w:pPr>
          </w:p>
          <w:p w14:paraId="0B8A30E0" w14:textId="3A93F5C7" w:rsidR="00CD1FE3" w:rsidRPr="00CD1FE3" w:rsidRDefault="00CD1FE3" w:rsidP="00CD1FE3">
            <w:pPr>
              <w:widowControl w:val="0"/>
              <w:snapToGrid w:val="0"/>
              <w:spacing w:after="0" w:line="0" w:lineRule="atLeast"/>
              <w:rPr>
                <w:color w:val="4F6228" w:themeColor="accent3" w:themeShade="80"/>
                <w:sz w:val="20"/>
                <w:szCs w:val="20"/>
                <w:lang w:eastAsia="ja-JP"/>
              </w:rPr>
            </w:pPr>
          </w:p>
          <w:p w14:paraId="1F8F4A0C" w14:textId="38721486" w:rsidR="00010CEC" w:rsidRPr="000728E8" w:rsidRDefault="000728E8" w:rsidP="00CD1FE3">
            <w:pPr>
              <w:widowControl w:val="0"/>
              <w:snapToGrid w:val="0"/>
              <w:spacing w:after="0" w:line="0" w:lineRule="atLeast"/>
              <w:jc w:val="center"/>
              <w:rPr>
                <w:bCs/>
                <w:color w:val="4B6440"/>
                <w:sz w:val="24"/>
                <w:szCs w:val="24"/>
                <w:lang w:eastAsia="ja-JP"/>
              </w:rPr>
            </w:pPr>
            <w:r w:rsidRPr="00CD1FE3">
              <w:rPr>
                <w:rFonts w:hint="eastAsia"/>
                <w:bCs/>
                <w:color w:val="4B6440"/>
                <w:sz w:val="20"/>
                <w:szCs w:val="20"/>
                <w:lang w:eastAsia="ja-JP"/>
              </w:rPr>
              <w:t>氏名(ペンネーム</w:t>
            </w:r>
            <w:r w:rsidR="00092FF4" w:rsidRPr="00CD1FE3">
              <w:rPr>
                <w:rFonts w:hint="eastAsia"/>
                <w:bCs/>
                <w:color w:val="4B6440"/>
                <w:sz w:val="20"/>
                <w:szCs w:val="20"/>
                <w:lang w:eastAsia="ja-JP"/>
              </w:rPr>
              <w:t>可</w:t>
            </w:r>
            <w:r w:rsidRPr="00CD1FE3">
              <w:rPr>
                <w:rFonts w:hint="eastAsia"/>
                <w:bCs/>
                <w:color w:val="4B6440"/>
                <w:sz w:val="20"/>
                <w:szCs w:val="20"/>
                <w:lang w:eastAsia="ja-JP"/>
              </w:rPr>
              <w:t>)・</w:t>
            </w:r>
            <w:r w:rsidRPr="00CD1FE3">
              <w:rPr>
                <w:bCs/>
                <w:color w:val="4B6440"/>
                <w:sz w:val="20"/>
                <w:szCs w:val="20"/>
                <w:lang w:eastAsia="ja-JP"/>
              </w:rPr>
              <w:t>コメント・イラストなど</w:t>
            </w:r>
            <w:r w:rsidRPr="00CD1FE3">
              <w:rPr>
                <w:rFonts w:hint="eastAsia"/>
                <w:bCs/>
                <w:color w:val="4B6440"/>
                <w:sz w:val="20"/>
                <w:szCs w:val="20"/>
                <w:lang w:eastAsia="ja-JP"/>
              </w:rPr>
              <w:t>、ご</w:t>
            </w:r>
            <w:r w:rsidRPr="00CD1FE3">
              <w:rPr>
                <w:bCs/>
                <w:color w:val="4B6440"/>
                <w:sz w:val="20"/>
                <w:szCs w:val="20"/>
                <w:lang w:eastAsia="ja-JP"/>
              </w:rPr>
              <w:t>自由にお書きください</w:t>
            </w:r>
            <w:r w:rsidRPr="00CD1FE3">
              <w:rPr>
                <w:rFonts w:hint="eastAsia"/>
                <w:bCs/>
                <w:color w:val="4B6440"/>
                <w:sz w:val="20"/>
                <w:szCs w:val="20"/>
                <w:lang w:eastAsia="ja-JP"/>
              </w:rPr>
              <w:t>。</w:t>
            </w:r>
          </w:p>
        </w:tc>
      </w:tr>
    </w:tbl>
    <w:p w14:paraId="0AAEA7E3" w14:textId="77777777" w:rsidR="007504A7" w:rsidRPr="007504A7" w:rsidRDefault="007504A7" w:rsidP="007504A7">
      <w:pPr>
        <w:spacing w:before="80" w:after="0"/>
        <w:rPr>
          <w:color w:val="7D7D7D"/>
          <w:sz w:val="6"/>
          <w:szCs w:val="6"/>
          <w:lang w:eastAsia="ja-JP"/>
        </w:rPr>
      </w:pPr>
    </w:p>
    <w:tbl>
      <w:tblPr>
        <w:tblStyle w:val="afe"/>
        <w:tblW w:w="0" w:type="auto"/>
        <w:tblInd w:w="108" w:type="dxa"/>
        <w:tblBorders>
          <w:top w:val="single" w:sz="18" w:space="0" w:color="A6A6A6" w:themeColor="background1" w:themeShade="A6"/>
          <w:left w:val="single" w:sz="18" w:space="0" w:color="A6A6A6" w:themeColor="background1" w:themeShade="A6"/>
          <w:bottom w:val="single" w:sz="18" w:space="0" w:color="A6A6A6" w:themeColor="background1" w:themeShade="A6"/>
          <w:right w:val="single" w:sz="18" w:space="0" w:color="A6A6A6" w:themeColor="background1" w:themeShade="A6"/>
          <w:insideH w:val="single" w:sz="18" w:space="0" w:color="A6A6A6" w:themeColor="background1" w:themeShade="A6"/>
          <w:insideV w:val="single" w:sz="1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068"/>
      </w:tblGrid>
      <w:tr w:rsidR="00092FF4" w14:paraId="6A828570" w14:textId="77777777" w:rsidTr="007504A7">
        <w:tc>
          <w:tcPr>
            <w:tcW w:w="10068" w:type="dxa"/>
          </w:tcPr>
          <w:p w14:paraId="5E367710" w14:textId="756A9573" w:rsidR="00092FF4" w:rsidRPr="00CD1FE3" w:rsidRDefault="00092FF4" w:rsidP="00092FF4">
            <w:pPr>
              <w:rPr>
                <w:b/>
                <w:bCs/>
                <w:sz w:val="28"/>
                <w:szCs w:val="28"/>
                <w:lang w:eastAsia="ja-JP"/>
              </w:rPr>
            </w:pPr>
            <w:r w:rsidRPr="00CD1FE3">
              <w:rPr>
                <w:rFonts w:hint="eastAsia"/>
                <w:b/>
                <w:bCs/>
                <w:sz w:val="28"/>
                <w:szCs w:val="28"/>
                <w:lang w:eastAsia="ja-JP"/>
              </w:rPr>
              <w:t>本のタイトル/著者/請求記号</w:t>
            </w:r>
          </w:p>
        </w:tc>
      </w:tr>
      <w:tr w:rsidR="007504A7" w:rsidRPr="0050284C" w14:paraId="2B66EE8D" w14:textId="77777777" w:rsidTr="007504A7">
        <w:tc>
          <w:tcPr>
            <w:tcW w:w="10068" w:type="dxa"/>
          </w:tcPr>
          <w:p w14:paraId="2748B57B" w14:textId="272310FD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43"/>
                <w:szCs w:val="43"/>
                <w:lang w:eastAsia="ja-JP"/>
              </w:rPr>
              <mc:AlternateContent>
                <mc:Choice Requires="w16se">
                  <w16se:symEx w16se:font="Segoe UI Emoji" w16se:char="1F4D6"/>
                </mc:Choice>
                <mc:Fallback>
                  <w:t>📖</w:t>
                </mc:Fallback>
              </mc:AlternateContent>
            </w:r>
          </w:p>
        </w:tc>
      </w:tr>
      <w:tr w:rsidR="007504A7" w:rsidRPr="0050284C" w14:paraId="21B80C73" w14:textId="77777777" w:rsidTr="007504A7">
        <w:tc>
          <w:tcPr>
            <w:tcW w:w="10068" w:type="dxa"/>
          </w:tcPr>
          <w:p w14:paraId="26DA59E9" w14:textId="17AAD112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w:rFonts w:ascii="Segoe UI Emoji" w:eastAsia="Segoe UI Emoji" w:hAnsi="Segoe UI Emoji" w:cs="Segoe UI Emoji" w:hint="eastAsia"/>
                <w:sz w:val="43"/>
                <w:szCs w:val="43"/>
                <w:lang w:eastAsia="ja-JP"/>
              </w:rPr>
              <w:t>📖</w:t>
            </w:r>
          </w:p>
        </w:tc>
      </w:tr>
      <w:tr w:rsidR="007504A7" w:rsidRPr="0050284C" w14:paraId="35D92242" w14:textId="77777777" w:rsidTr="007504A7">
        <w:tc>
          <w:tcPr>
            <w:tcW w:w="10068" w:type="dxa"/>
          </w:tcPr>
          <w:p w14:paraId="2CC25239" w14:textId="3A4BB572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w:rFonts w:ascii="Segoe UI Emoji" w:eastAsia="Segoe UI Emoji" w:hAnsi="Segoe UI Emoji" w:cs="Segoe UI Emoji" w:hint="eastAsia"/>
                <w:sz w:val="43"/>
                <w:szCs w:val="43"/>
                <w:lang w:eastAsia="ja-JP"/>
              </w:rPr>
              <w:t>📖</w:t>
            </w:r>
          </w:p>
        </w:tc>
      </w:tr>
      <w:tr w:rsidR="007504A7" w:rsidRPr="0050284C" w14:paraId="460F9EBA" w14:textId="77777777" w:rsidTr="007504A7">
        <w:tc>
          <w:tcPr>
            <w:tcW w:w="10068" w:type="dxa"/>
          </w:tcPr>
          <w:p w14:paraId="660417BD" w14:textId="40B2B480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w:rFonts w:ascii="Segoe UI Emoji" w:eastAsia="Segoe UI Emoji" w:hAnsi="Segoe UI Emoji" w:cs="Segoe UI Emoji" w:hint="eastAsia"/>
                <w:sz w:val="43"/>
                <w:szCs w:val="43"/>
                <w:lang w:eastAsia="ja-JP"/>
              </w:rPr>
              <w:t>📖</w:t>
            </w:r>
          </w:p>
        </w:tc>
      </w:tr>
      <w:tr w:rsidR="007504A7" w:rsidRPr="0050284C" w14:paraId="70D3AA7A" w14:textId="77777777" w:rsidTr="007504A7">
        <w:tc>
          <w:tcPr>
            <w:tcW w:w="10068" w:type="dxa"/>
          </w:tcPr>
          <w:p w14:paraId="60492314" w14:textId="2D08AD4D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w:rFonts w:ascii="Segoe UI Emoji" w:eastAsia="Segoe UI Emoji" w:hAnsi="Segoe UI Emoji" w:cs="Segoe UI Emoji" w:hint="eastAsia"/>
                <w:sz w:val="43"/>
                <w:szCs w:val="43"/>
                <w:lang w:eastAsia="ja-JP"/>
              </w:rPr>
              <w:t>📖</w:t>
            </w:r>
          </w:p>
        </w:tc>
      </w:tr>
      <w:tr w:rsidR="007504A7" w:rsidRPr="0050284C" w14:paraId="494B3ABC" w14:textId="77777777" w:rsidTr="007504A7">
        <w:tc>
          <w:tcPr>
            <w:tcW w:w="10068" w:type="dxa"/>
          </w:tcPr>
          <w:p w14:paraId="033FFFF6" w14:textId="53DFD89D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w:rFonts w:ascii="Segoe UI Emoji" w:eastAsia="Segoe UI Emoji" w:hAnsi="Segoe UI Emoji" w:cs="Segoe UI Emoji" w:hint="eastAsia"/>
                <w:sz w:val="43"/>
                <w:szCs w:val="43"/>
                <w:lang w:eastAsia="ja-JP"/>
              </w:rPr>
              <w:t>📖</w:t>
            </w:r>
          </w:p>
        </w:tc>
      </w:tr>
      <w:tr w:rsidR="007504A7" w:rsidRPr="0050284C" w14:paraId="6E9CDE69" w14:textId="77777777" w:rsidTr="007504A7">
        <w:tc>
          <w:tcPr>
            <w:tcW w:w="10068" w:type="dxa"/>
          </w:tcPr>
          <w:p w14:paraId="66192B3E" w14:textId="07A66623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w:rFonts w:ascii="Segoe UI Emoji" w:eastAsia="Segoe UI Emoji" w:hAnsi="Segoe UI Emoji" w:cs="Segoe UI Emoji" w:hint="eastAsia"/>
                <w:sz w:val="43"/>
                <w:szCs w:val="43"/>
                <w:lang w:eastAsia="ja-JP"/>
              </w:rPr>
              <w:t>📖</w:t>
            </w:r>
          </w:p>
        </w:tc>
      </w:tr>
      <w:tr w:rsidR="007504A7" w:rsidRPr="0050284C" w14:paraId="7FD3EC7E" w14:textId="77777777" w:rsidTr="007504A7">
        <w:tc>
          <w:tcPr>
            <w:tcW w:w="10068" w:type="dxa"/>
          </w:tcPr>
          <w:p w14:paraId="130D49C6" w14:textId="78EDEC25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w:rFonts w:ascii="Segoe UI Emoji" w:eastAsia="Segoe UI Emoji" w:hAnsi="Segoe UI Emoji" w:cs="Segoe UI Emoji" w:hint="eastAsia"/>
                <w:sz w:val="43"/>
                <w:szCs w:val="43"/>
                <w:lang w:eastAsia="ja-JP"/>
              </w:rPr>
              <w:t>📖</w:t>
            </w:r>
          </w:p>
        </w:tc>
      </w:tr>
      <w:tr w:rsidR="007504A7" w:rsidRPr="0050284C" w14:paraId="1A2056E0" w14:textId="77777777" w:rsidTr="007504A7">
        <w:tc>
          <w:tcPr>
            <w:tcW w:w="10068" w:type="dxa"/>
          </w:tcPr>
          <w:p w14:paraId="0024AD7D" w14:textId="0989166A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w:rFonts w:ascii="Segoe UI Emoji" w:eastAsia="Segoe UI Emoji" w:hAnsi="Segoe UI Emoji" w:cs="Segoe UI Emoji" w:hint="eastAsia"/>
                <w:sz w:val="43"/>
                <w:szCs w:val="43"/>
                <w:lang w:eastAsia="ja-JP"/>
              </w:rPr>
              <w:t>📖</w:t>
            </w:r>
          </w:p>
        </w:tc>
      </w:tr>
      <w:tr w:rsidR="007504A7" w:rsidRPr="0050284C" w14:paraId="669F5D9A" w14:textId="77777777" w:rsidTr="007504A7">
        <w:tc>
          <w:tcPr>
            <w:tcW w:w="10068" w:type="dxa"/>
          </w:tcPr>
          <w:p w14:paraId="65B18745" w14:textId="2709A8F9" w:rsidR="007504A7" w:rsidRPr="0050284C" w:rsidRDefault="007504A7" w:rsidP="00092FF4">
            <w:pPr>
              <w:rPr>
                <w:sz w:val="43"/>
                <w:szCs w:val="43"/>
                <w:lang w:eastAsia="ja-JP"/>
              </w:rPr>
            </w:pPr>
            <w:r w:rsidRPr="0050284C">
              <w:rPr>
                <w:rFonts w:ascii="Segoe UI Emoji" w:eastAsia="Segoe UI Emoji" w:hAnsi="Segoe UI Emoji" w:cs="Segoe UI Emoji" w:hint="eastAsia"/>
                <w:sz w:val="43"/>
                <w:szCs w:val="43"/>
                <w:lang w:eastAsia="ja-JP"/>
              </w:rPr>
              <w:t>📖</w:t>
            </w:r>
          </w:p>
        </w:tc>
      </w:tr>
    </w:tbl>
    <w:p w14:paraId="5E683529" w14:textId="29A2DA0D" w:rsidR="00010CEC" w:rsidRPr="0050284C" w:rsidRDefault="00010CEC" w:rsidP="000728E8">
      <w:pPr>
        <w:spacing w:after="0" w:line="20" w:lineRule="exact"/>
        <w:rPr>
          <w:sz w:val="40"/>
          <w:szCs w:val="40"/>
          <w:lang w:eastAsia="ja-JP"/>
        </w:rPr>
      </w:pPr>
    </w:p>
    <w:sectPr w:rsidR="00010CEC" w:rsidRPr="0050284C" w:rsidSect="000131C7">
      <w:pgSz w:w="11906" w:h="16838"/>
      <w:pgMar w:top="567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5C99A" w14:textId="77777777" w:rsidR="00282F7E" w:rsidRDefault="00282F7E" w:rsidP="00282F7E">
      <w:pPr>
        <w:spacing w:after="0" w:line="240" w:lineRule="auto"/>
      </w:pPr>
      <w:r>
        <w:separator/>
      </w:r>
    </w:p>
  </w:endnote>
  <w:endnote w:type="continuationSeparator" w:id="0">
    <w:p w14:paraId="310B312B" w14:textId="77777777" w:rsidR="00282F7E" w:rsidRDefault="00282F7E" w:rsidP="0028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18541" w14:textId="77777777" w:rsidR="00282F7E" w:rsidRDefault="00282F7E" w:rsidP="00282F7E">
      <w:pPr>
        <w:spacing w:after="0" w:line="240" w:lineRule="auto"/>
      </w:pPr>
      <w:r>
        <w:separator/>
      </w:r>
    </w:p>
  </w:footnote>
  <w:footnote w:type="continuationSeparator" w:id="0">
    <w:p w14:paraId="376C8A9A" w14:textId="77777777" w:rsidR="00282F7E" w:rsidRDefault="00282F7E" w:rsidP="00282F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6105420">
    <w:abstractNumId w:val="8"/>
  </w:num>
  <w:num w:numId="2" w16cid:durableId="769161031">
    <w:abstractNumId w:val="6"/>
  </w:num>
  <w:num w:numId="3" w16cid:durableId="1943147674">
    <w:abstractNumId w:val="5"/>
  </w:num>
  <w:num w:numId="4" w16cid:durableId="1282878600">
    <w:abstractNumId w:val="4"/>
  </w:num>
  <w:num w:numId="5" w16cid:durableId="1805198687">
    <w:abstractNumId w:val="7"/>
  </w:num>
  <w:num w:numId="6" w16cid:durableId="1403604685">
    <w:abstractNumId w:val="3"/>
  </w:num>
  <w:num w:numId="7" w16cid:durableId="1567955466">
    <w:abstractNumId w:val="2"/>
  </w:num>
  <w:num w:numId="8" w16cid:durableId="140856495">
    <w:abstractNumId w:val="1"/>
  </w:num>
  <w:num w:numId="9" w16cid:durableId="1828398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CEC"/>
    <w:rsid w:val="000131C7"/>
    <w:rsid w:val="00034616"/>
    <w:rsid w:val="00052BF8"/>
    <w:rsid w:val="0006063C"/>
    <w:rsid w:val="000728E8"/>
    <w:rsid w:val="00092FF4"/>
    <w:rsid w:val="0015074B"/>
    <w:rsid w:val="00174A49"/>
    <w:rsid w:val="00282F7E"/>
    <w:rsid w:val="0029639D"/>
    <w:rsid w:val="002E19A9"/>
    <w:rsid w:val="00326F90"/>
    <w:rsid w:val="004201B1"/>
    <w:rsid w:val="004C32F1"/>
    <w:rsid w:val="0050284C"/>
    <w:rsid w:val="005C31BF"/>
    <w:rsid w:val="007504A7"/>
    <w:rsid w:val="00773A9E"/>
    <w:rsid w:val="00923AF7"/>
    <w:rsid w:val="00AA1D8D"/>
    <w:rsid w:val="00B47730"/>
    <w:rsid w:val="00CB0664"/>
    <w:rsid w:val="00CD1F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027984"/>
  <w14:defaultImageDpi w14:val="300"/>
  <w15:docId w15:val="{73DB07BB-B668-485B-80FB-A1BD33BD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color w:val="46464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栁澤美都子</cp:lastModifiedBy>
  <cp:revision>9</cp:revision>
  <dcterms:created xsi:type="dcterms:W3CDTF">2013-12-23T23:15:00Z</dcterms:created>
  <dcterms:modified xsi:type="dcterms:W3CDTF">2026-09-22T04:30:00Z</dcterms:modified>
  <cp:category/>
</cp:coreProperties>
</file>